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5A9005FC" w14:textId="5B6B8982" w:rsidR="00FD0653" w:rsidRDefault="00992405">
      <w:pPr>
        <w:rPr>
          <w:b/>
          <w:bCs/>
          <w:color w:val="EE0000"/>
          <w:sz w:val="32"/>
          <w:szCs w:val="32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HVORDAN SKILLE DIESELPEST FRA DIESEL VARNISH</w:t>
      </w:r>
    </w:p>
    <w:p w14:paraId="43AD7CE6" w14:textId="77777777" w:rsidR="00992405" w:rsidRPr="00992405" w:rsidRDefault="00992405" w:rsidP="00992405">
      <w:pPr>
        <w:rPr>
          <w:b/>
          <w:bCs/>
          <w:color w:val="000000" w:themeColor="text1"/>
          <w:sz w:val="28"/>
          <w:szCs w:val="28"/>
          <w:lang w:val="nb-NO"/>
        </w:rPr>
      </w:pPr>
      <w:r w:rsidRPr="00992405">
        <w:rPr>
          <w:b/>
          <w:bCs/>
          <w:color w:val="000000" w:themeColor="text1"/>
          <w:sz w:val="28"/>
          <w:szCs w:val="28"/>
          <w:lang w:val="nb-NO"/>
        </w:rPr>
        <w:t>1. Hva er dieselpest?</w:t>
      </w:r>
    </w:p>
    <w:p w14:paraId="719D4B09" w14:textId="77777777" w:rsidR="00992405" w:rsidRPr="00992405" w:rsidRDefault="00992405" w:rsidP="00992405">
      <w:pPr>
        <w:rPr>
          <w:color w:val="000000" w:themeColor="text1"/>
          <w:sz w:val="24"/>
          <w:szCs w:val="24"/>
          <w:lang w:val="nb-NO"/>
        </w:rPr>
      </w:pPr>
      <w:r w:rsidRPr="00992405">
        <w:rPr>
          <w:color w:val="000000" w:themeColor="text1"/>
          <w:sz w:val="24"/>
          <w:szCs w:val="24"/>
          <w:lang w:val="nb-NO"/>
        </w:rPr>
        <w:t>Dieselpest er biologisk forurensning bestående av bakterier, sopp og gjær som vokser der det finnes vann i diesel. Den danner slimete, geléaktige klumper i grenseflaten mellom vann og diesel.</w:t>
      </w:r>
    </w:p>
    <w:p w14:paraId="3A547D0C" w14:textId="77777777" w:rsidR="00992405" w:rsidRPr="00992405" w:rsidRDefault="00992405" w:rsidP="00992405">
      <w:pPr>
        <w:rPr>
          <w:b/>
          <w:bCs/>
          <w:color w:val="000000" w:themeColor="text1"/>
          <w:sz w:val="24"/>
          <w:szCs w:val="24"/>
          <w:lang w:val="nb-NO"/>
        </w:rPr>
      </w:pPr>
      <w:r w:rsidRPr="00992405">
        <w:rPr>
          <w:b/>
          <w:bCs/>
          <w:color w:val="000000" w:themeColor="text1"/>
          <w:sz w:val="24"/>
          <w:szCs w:val="24"/>
          <w:lang w:val="nb-NO"/>
        </w:rPr>
        <w:t>Kjennetegn:</w:t>
      </w:r>
    </w:p>
    <w:p w14:paraId="564E1B09" w14:textId="77777777" w:rsidR="00992405" w:rsidRPr="00992405" w:rsidRDefault="00992405" w:rsidP="00992405">
      <w:pPr>
        <w:rPr>
          <w:color w:val="000000" w:themeColor="text1"/>
          <w:sz w:val="24"/>
          <w:szCs w:val="24"/>
          <w:lang w:val="nb-NO"/>
        </w:rPr>
      </w:pPr>
      <w:r w:rsidRPr="00992405">
        <w:rPr>
          <w:color w:val="000000" w:themeColor="text1"/>
          <w:sz w:val="24"/>
          <w:szCs w:val="24"/>
          <w:lang w:val="nb-NO"/>
        </w:rPr>
        <w:t>- Slimete, våt og geléaktig konsistens</w:t>
      </w:r>
      <w:r w:rsidRPr="00992405">
        <w:rPr>
          <w:color w:val="000000" w:themeColor="text1"/>
          <w:sz w:val="24"/>
          <w:szCs w:val="24"/>
          <w:lang w:val="nb-NO"/>
        </w:rPr>
        <w:br/>
        <w:t>- Farger: grønn, brun, svart eller grå</w:t>
      </w:r>
      <w:r w:rsidRPr="00992405">
        <w:rPr>
          <w:color w:val="000000" w:themeColor="text1"/>
          <w:sz w:val="24"/>
          <w:szCs w:val="24"/>
          <w:lang w:val="nb-NO"/>
        </w:rPr>
        <w:br/>
        <w:t>- Ujevn struktur, ofte filamenter eller gel</w:t>
      </w:r>
      <w:r w:rsidRPr="00992405">
        <w:rPr>
          <w:color w:val="000000" w:themeColor="text1"/>
          <w:sz w:val="24"/>
          <w:szCs w:val="24"/>
          <w:lang w:val="nb-NO"/>
        </w:rPr>
        <w:br/>
        <w:t>- Ligger i bunnen eller ved vannfasen</w:t>
      </w:r>
    </w:p>
    <w:p w14:paraId="0D7014C5" w14:textId="77777777" w:rsidR="00992405" w:rsidRPr="00992405" w:rsidRDefault="00992405" w:rsidP="00992405">
      <w:pPr>
        <w:rPr>
          <w:b/>
          <w:bCs/>
          <w:color w:val="000000" w:themeColor="text1"/>
          <w:sz w:val="24"/>
          <w:szCs w:val="24"/>
          <w:lang w:val="nb-NO"/>
        </w:rPr>
      </w:pPr>
      <w:r w:rsidRPr="00992405">
        <w:rPr>
          <w:b/>
          <w:bCs/>
          <w:color w:val="000000" w:themeColor="text1"/>
          <w:sz w:val="24"/>
          <w:szCs w:val="24"/>
          <w:lang w:val="nb-NO"/>
        </w:rPr>
        <w:t>Hvordan identifisere:</w:t>
      </w:r>
    </w:p>
    <w:p w14:paraId="1FD97DA5" w14:textId="77777777" w:rsidR="00992405" w:rsidRPr="00992405" w:rsidRDefault="00992405" w:rsidP="00992405">
      <w:pPr>
        <w:rPr>
          <w:color w:val="000000" w:themeColor="text1"/>
          <w:sz w:val="24"/>
          <w:szCs w:val="24"/>
          <w:lang w:val="nb-NO"/>
        </w:rPr>
      </w:pPr>
      <w:r w:rsidRPr="00992405">
        <w:rPr>
          <w:color w:val="000000" w:themeColor="text1"/>
          <w:sz w:val="24"/>
          <w:szCs w:val="24"/>
          <w:lang w:val="nb-NO"/>
        </w:rPr>
        <w:t>- Slim som kan klemmes mellom fingrene</w:t>
      </w:r>
      <w:r w:rsidRPr="00992405">
        <w:rPr>
          <w:color w:val="000000" w:themeColor="text1"/>
          <w:sz w:val="24"/>
          <w:szCs w:val="24"/>
          <w:lang w:val="nb-NO"/>
        </w:rPr>
        <w:br/>
        <w:t>- Mikroskopi viser biomasse</w:t>
      </w:r>
      <w:r w:rsidRPr="00992405">
        <w:rPr>
          <w:color w:val="000000" w:themeColor="text1"/>
          <w:sz w:val="24"/>
          <w:szCs w:val="24"/>
          <w:lang w:val="nb-NO"/>
        </w:rPr>
        <w:br/>
        <w:t>- ATP-test gir høy verdi</w:t>
      </w:r>
      <w:r w:rsidRPr="00992405">
        <w:rPr>
          <w:color w:val="000000" w:themeColor="text1"/>
          <w:sz w:val="24"/>
          <w:szCs w:val="24"/>
          <w:lang w:val="nb-NO"/>
        </w:rPr>
        <w:br/>
        <w:t xml:space="preserve">- Dyrkning eller </w:t>
      </w:r>
      <w:proofErr w:type="spellStart"/>
      <w:r w:rsidRPr="00992405">
        <w:rPr>
          <w:color w:val="000000" w:themeColor="text1"/>
          <w:sz w:val="24"/>
          <w:szCs w:val="24"/>
          <w:lang w:val="nb-NO"/>
        </w:rPr>
        <w:t>dip</w:t>
      </w:r>
      <w:proofErr w:type="spellEnd"/>
      <w:r w:rsidRPr="00992405">
        <w:rPr>
          <w:color w:val="000000" w:themeColor="text1"/>
          <w:sz w:val="24"/>
          <w:szCs w:val="24"/>
          <w:lang w:val="nb-NO"/>
        </w:rPr>
        <w:t>-slides kan påvise mikrober</w:t>
      </w:r>
    </w:p>
    <w:p w14:paraId="75B5DFA1" w14:textId="77777777" w:rsidR="00992405" w:rsidRPr="00992405" w:rsidRDefault="00992405" w:rsidP="00992405">
      <w:pPr>
        <w:rPr>
          <w:b/>
          <w:bCs/>
          <w:color w:val="000000" w:themeColor="text1"/>
          <w:sz w:val="28"/>
          <w:szCs w:val="28"/>
          <w:lang w:val="nb-NO"/>
        </w:rPr>
      </w:pPr>
      <w:r w:rsidRPr="00992405">
        <w:rPr>
          <w:b/>
          <w:bCs/>
          <w:color w:val="000000" w:themeColor="text1"/>
          <w:sz w:val="28"/>
          <w:szCs w:val="28"/>
          <w:lang w:val="nb-NO"/>
        </w:rPr>
        <w:t xml:space="preserve">2. Hva er diesel </w:t>
      </w:r>
      <w:proofErr w:type="spellStart"/>
      <w:r w:rsidRPr="00992405">
        <w:rPr>
          <w:b/>
          <w:bCs/>
          <w:color w:val="000000" w:themeColor="text1"/>
          <w:sz w:val="28"/>
          <w:szCs w:val="28"/>
          <w:lang w:val="nb-NO"/>
        </w:rPr>
        <w:t>varnish</w:t>
      </w:r>
      <w:proofErr w:type="spellEnd"/>
      <w:r w:rsidRPr="00992405">
        <w:rPr>
          <w:b/>
          <w:bCs/>
          <w:color w:val="000000" w:themeColor="text1"/>
          <w:sz w:val="28"/>
          <w:szCs w:val="28"/>
          <w:lang w:val="nb-NO"/>
        </w:rPr>
        <w:t>?</w:t>
      </w:r>
    </w:p>
    <w:p w14:paraId="5D5128A2" w14:textId="77777777" w:rsidR="00992405" w:rsidRPr="00992405" w:rsidRDefault="00992405" w:rsidP="00992405">
      <w:pPr>
        <w:rPr>
          <w:color w:val="000000" w:themeColor="text1"/>
          <w:sz w:val="24"/>
          <w:szCs w:val="24"/>
          <w:lang w:val="nb-NO"/>
        </w:rPr>
      </w:pPr>
      <w:r w:rsidRPr="00992405">
        <w:rPr>
          <w:color w:val="000000" w:themeColor="text1"/>
          <w:sz w:val="24"/>
          <w:szCs w:val="24"/>
          <w:lang w:val="nb-NO"/>
        </w:rPr>
        <w:t xml:space="preserve">Diesel </w:t>
      </w:r>
      <w:proofErr w:type="spellStart"/>
      <w:r w:rsidRPr="00992405">
        <w:rPr>
          <w:color w:val="000000" w:themeColor="text1"/>
          <w:sz w:val="24"/>
          <w:szCs w:val="24"/>
          <w:lang w:val="nb-NO"/>
        </w:rPr>
        <w:t>varnish</w:t>
      </w:r>
      <w:proofErr w:type="spellEnd"/>
      <w:r w:rsidRPr="00992405">
        <w:rPr>
          <w:color w:val="000000" w:themeColor="text1"/>
          <w:sz w:val="24"/>
          <w:szCs w:val="24"/>
          <w:lang w:val="nb-NO"/>
        </w:rPr>
        <w:t xml:space="preserve"> er et kjemisk belegg som dannes når diesel oksiderer eller utsettes for termisk stress. Det består av polymeriserte hydrokarboner og oksiderte drivstoffkomponenter.</w:t>
      </w:r>
    </w:p>
    <w:p w14:paraId="0D90C684" w14:textId="77777777" w:rsidR="00992405" w:rsidRPr="00992405" w:rsidRDefault="00992405" w:rsidP="00992405">
      <w:pPr>
        <w:rPr>
          <w:b/>
          <w:bCs/>
          <w:color w:val="000000" w:themeColor="text1"/>
          <w:sz w:val="24"/>
          <w:szCs w:val="24"/>
          <w:lang w:val="nb-NO"/>
        </w:rPr>
      </w:pPr>
      <w:r w:rsidRPr="00992405">
        <w:rPr>
          <w:b/>
          <w:bCs/>
          <w:color w:val="000000" w:themeColor="text1"/>
          <w:sz w:val="24"/>
          <w:szCs w:val="24"/>
          <w:lang w:val="nb-NO"/>
        </w:rPr>
        <w:t>Kjennetegn:</w:t>
      </w:r>
    </w:p>
    <w:p w14:paraId="061C6C81" w14:textId="77777777" w:rsidR="00992405" w:rsidRPr="00992405" w:rsidRDefault="00992405" w:rsidP="00992405">
      <w:pPr>
        <w:rPr>
          <w:color w:val="000000" w:themeColor="text1"/>
          <w:sz w:val="24"/>
          <w:szCs w:val="24"/>
          <w:lang w:val="nb-NO"/>
        </w:rPr>
      </w:pPr>
      <w:r w:rsidRPr="00992405">
        <w:rPr>
          <w:color w:val="000000" w:themeColor="text1"/>
          <w:sz w:val="24"/>
          <w:szCs w:val="24"/>
          <w:lang w:val="nb-NO"/>
        </w:rPr>
        <w:t xml:space="preserve">- </w:t>
      </w:r>
      <w:proofErr w:type="spellStart"/>
      <w:r w:rsidRPr="00992405">
        <w:rPr>
          <w:color w:val="000000" w:themeColor="text1"/>
          <w:sz w:val="24"/>
          <w:szCs w:val="24"/>
          <w:lang w:val="nb-NO"/>
        </w:rPr>
        <w:t>Lakkaktig</w:t>
      </w:r>
      <w:proofErr w:type="spellEnd"/>
      <w:r w:rsidRPr="00992405">
        <w:rPr>
          <w:color w:val="000000" w:themeColor="text1"/>
          <w:sz w:val="24"/>
          <w:szCs w:val="24"/>
          <w:lang w:val="nb-NO"/>
        </w:rPr>
        <w:t xml:space="preserve"> eller harpiksaktig belegg</w:t>
      </w:r>
      <w:r w:rsidRPr="00992405">
        <w:rPr>
          <w:color w:val="000000" w:themeColor="text1"/>
          <w:sz w:val="24"/>
          <w:szCs w:val="24"/>
          <w:lang w:val="nb-NO"/>
        </w:rPr>
        <w:br/>
        <w:t>- Farger: gul, oransje eller brun</w:t>
      </w:r>
      <w:r w:rsidRPr="00992405">
        <w:rPr>
          <w:color w:val="000000" w:themeColor="text1"/>
          <w:sz w:val="24"/>
          <w:szCs w:val="24"/>
          <w:lang w:val="nb-NO"/>
        </w:rPr>
        <w:br/>
        <w:t>- Klissete, seigt eller voksaktig</w:t>
      </w:r>
      <w:r w:rsidRPr="00992405">
        <w:rPr>
          <w:color w:val="000000" w:themeColor="text1"/>
          <w:sz w:val="24"/>
          <w:szCs w:val="24"/>
          <w:lang w:val="nb-NO"/>
        </w:rPr>
        <w:br/>
        <w:t>- Danner filmer på tankvegger, injektorer og rør</w:t>
      </w:r>
    </w:p>
    <w:p w14:paraId="0B7B4D55" w14:textId="245F9C0C" w:rsidR="00992405" w:rsidRPr="00992405" w:rsidRDefault="00297037" w:rsidP="00992405">
      <w:pPr>
        <w:rPr>
          <w:b/>
          <w:bCs/>
          <w:color w:val="000000" w:themeColor="text1"/>
          <w:sz w:val="24"/>
          <w:szCs w:val="24"/>
          <w:lang w:val="nb-NO"/>
        </w:rPr>
      </w:pP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>
        <w:rPr>
          <w:b/>
          <w:bCs/>
          <w:color w:val="000000" w:themeColor="text1"/>
          <w:sz w:val="24"/>
          <w:szCs w:val="24"/>
          <w:lang w:val="nb-NO"/>
        </w:rPr>
        <w:lastRenderedPageBreak/>
        <w:br/>
      </w:r>
      <w:r>
        <w:rPr>
          <w:b/>
          <w:bCs/>
          <w:color w:val="000000" w:themeColor="text1"/>
          <w:sz w:val="24"/>
          <w:szCs w:val="24"/>
          <w:lang w:val="nb-NO"/>
        </w:rPr>
        <w:br/>
      </w:r>
      <w:r w:rsidR="00992405" w:rsidRPr="00992405">
        <w:rPr>
          <w:b/>
          <w:bCs/>
          <w:color w:val="000000" w:themeColor="text1"/>
          <w:sz w:val="24"/>
          <w:szCs w:val="24"/>
          <w:lang w:val="nb-NO"/>
        </w:rPr>
        <w:t>Hvordan identifisere:</w:t>
      </w:r>
    </w:p>
    <w:p w14:paraId="14527FC3" w14:textId="3D731A09" w:rsidR="00992405" w:rsidRPr="00992405" w:rsidRDefault="00992405" w:rsidP="00992405">
      <w:pPr>
        <w:rPr>
          <w:color w:val="000000" w:themeColor="text1"/>
          <w:sz w:val="24"/>
          <w:szCs w:val="24"/>
          <w:lang w:val="nb-NO"/>
        </w:rPr>
      </w:pPr>
      <w:r w:rsidRPr="00992405">
        <w:rPr>
          <w:color w:val="000000" w:themeColor="text1"/>
          <w:sz w:val="24"/>
          <w:szCs w:val="24"/>
          <w:lang w:val="nb-NO"/>
        </w:rPr>
        <w:t>- Ser ut som tørket olje eller lakk</w:t>
      </w:r>
      <w:r w:rsidRPr="00992405">
        <w:rPr>
          <w:color w:val="000000" w:themeColor="text1"/>
          <w:sz w:val="24"/>
          <w:szCs w:val="24"/>
          <w:lang w:val="nb-NO"/>
        </w:rPr>
        <w:br/>
        <w:t xml:space="preserve">- Løses lettere i løsemidler eller </w:t>
      </w:r>
      <w:proofErr w:type="spellStart"/>
      <w:r w:rsidRPr="00992405">
        <w:rPr>
          <w:color w:val="000000" w:themeColor="text1"/>
          <w:sz w:val="24"/>
          <w:szCs w:val="24"/>
          <w:lang w:val="nb-NO"/>
        </w:rPr>
        <w:t>detergenter</w:t>
      </w:r>
      <w:proofErr w:type="spellEnd"/>
      <w:r w:rsidRPr="00992405">
        <w:rPr>
          <w:color w:val="000000" w:themeColor="text1"/>
          <w:sz w:val="24"/>
          <w:szCs w:val="24"/>
          <w:lang w:val="nb-NO"/>
        </w:rPr>
        <w:br/>
        <w:t>- FTIR viser oksiderte hydrokarboner</w:t>
      </w:r>
      <w:r w:rsidRPr="00992405">
        <w:rPr>
          <w:color w:val="000000" w:themeColor="text1"/>
          <w:sz w:val="24"/>
          <w:szCs w:val="24"/>
          <w:lang w:val="nb-NO"/>
        </w:rPr>
        <w:br/>
        <w:t>- Ingen ATP-aktivitet</w:t>
      </w:r>
      <w:r w:rsidR="00297037">
        <w:rPr>
          <w:color w:val="000000" w:themeColor="text1"/>
          <w:sz w:val="24"/>
          <w:szCs w:val="24"/>
          <w:lang w:val="nb-NO"/>
        </w:rPr>
        <w:br/>
      </w:r>
      <w:r w:rsidR="00297037">
        <w:rPr>
          <w:color w:val="000000" w:themeColor="text1"/>
          <w:sz w:val="24"/>
          <w:szCs w:val="24"/>
          <w:lang w:val="nb-NO"/>
        </w:rPr>
        <w:br/>
      </w:r>
    </w:p>
    <w:p w14:paraId="3BFC1310" w14:textId="77777777" w:rsidR="00992405" w:rsidRPr="00992405" w:rsidRDefault="00992405" w:rsidP="00992405">
      <w:pPr>
        <w:rPr>
          <w:b/>
          <w:bCs/>
          <w:color w:val="000000" w:themeColor="text1"/>
          <w:sz w:val="24"/>
          <w:szCs w:val="24"/>
        </w:rPr>
      </w:pPr>
      <w:proofErr w:type="spellStart"/>
      <w:r w:rsidRPr="00992405">
        <w:rPr>
          <w:b/>
          <w:bCs/>
          <w:color w:val="000000" w:themeColor="text1"/>
          <w:sz w:val="24"/>
          <w:szCs w:val="24"/>
        </w:rPr>
        <w:t>Oversiktlig</w:t>
      </w:r>
      <w:proofErr w:type="spellEnd"/>
      <w:r w:rsidRPr="00992405">
        <w:rPr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92405">
        <w:rPr>
          <w:b/>
          <w:bCs/>
          <w:color w:val="000000" w:themeColor="text1"/>
          <w:sz w:val="24"/>
          <w:szCs w:val="24"/>
        </w:rPr>
        <w:t>sammenligning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74"/>
        <w:gridCol w:w="2879"/>
        <w:gridCol w:w="2877"/>
      </w:tblGrid>
      <w:tr w:rsidR="00992405" w:rsidRPr="00992405" w14:paraId="79507746" w14:textId="77777777" w:rsidTr="00297037">
        <w:tc>
          <w:tcPr>
            <w:tcW w:w="2880" w:type="dxa"/>
            <w:hideMark/>
          </w:tcPr>
          <w:p w14:paraId="507421A1" w14:textId="77777777" w:rsidR="00992405" w:rsidRPr="00992405" w:rsidRDefault="00992405" w:rsidP="00992405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b/>
                <w:bCs/>
                <w:color w:val="000000" w:themeColor="text1"/>
                <w:sz w:val="24"/>
                <w:szCs w:val="24"/>
              </w:rPr>
              <w:t>Egenskap</w:t>
            </w:r>
            <w:proofErr w:type="spellEnd"/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123B0F02" w14:textId="77777777" w:rsidR="00992405" w:rsidRPr="00992405" w:rsidRDefault="00992405" w:rsidP="00992405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b/>
                <w:bCs/>
                <w:color w:val="000000" w:themeColor="text1"/>
                <w:sz w:val="24"/>
                <w:szCs w:val="24"/>
              </w:rPr>
              <w:t>Dieselpest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7EBB7A51" w14:textId="77777777" w:rsidR="00992405" w:rsidRPr="00992405" w:rsidRDefault="00992405" w:rsidP="00992405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992405">
              <w:rPr>
                <w:b/>
                <w:bCs/>
                <w:color w:val="000000" w:themeColor="text1"/>
                <w:sz w:val="24"/>
                <w:szCs w:val="24"/>
              </w:rPr>
              <w:t>Varnish</w:t>
            </w:r>
          </w:p>
        </w:tc>
      </w:tr>
      <w:tr w:rsidR="00992405" w:rsidRPr="00992405" w14:paraId="2A5D5A5A" w14:textId="77777777" w:rsidTr="00297037">
        <w:tc>
          <w:tcPr>
            <w:tcW w:w="2880" w:type="dxa"/>
            <w:hideMark/>
          </w:tcPr>
          <w:p w14:paraId="1EFCB064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Konsistens</w:t>
            </w:r>
            <w:proofErr w:type="spellEnd"/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5F07BED3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Slimete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våt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geléaktig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47307DF7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Klissete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lakk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>-/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harpiksaktig</w:t>
            </w:r>
            <w:proofErr w:type="spellEnd"/>
          </w:p>
        </w:tc>
      </w:tr>
      <w:tr w:rsidR="00992405" w:rsidRPr="00992405" w14:paraId="5EFDC34E" w14:textId="77777777" w:rsidTr="00297037">
        <w:tc>
          <w:tcPr>
            <w:tcW w:w="2880" w:type="dxa"/>
            <w:hideMark/>
          </w:tcPr>
          <w:p w14:paraId="5A5FFE91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>Farge</w:t>
            </w:r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2FB5F2A5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>Grønn/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svart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brun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grå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722A61FB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>Gul/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oransje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brun</w:t>
            </w:r>
            <w:proofErr w:type="spellEnd"/>
          </w:p>
        </w:tc>
      </w:tr>
      <w:tr w:rsidR="00992405" w:rsidRPr="00992405" w14:paraId="201AA114" w14:textId="77777777" w:rsidTr="00297037">
        <w:tc>
          <w:tcPr>
            <w:tcW w:w="2880" w:type="dxa"/>
            <w:hideMark/>
          </w:tcPr>
          <w:p w14:paraId="483A818B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Lukt</w:t>
            </w:r>
            <w:proofErr w:type="spellEnd"/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07889528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 xml:space="preserve">Sur,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jordaktig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1DCEC2FA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Oksidert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dieselaktig</w:t>
            </w:r>
            <w:proofErr w:type="spellEnd"/>
          </w:p>
        </w:tc>
      </w:tr>
      <w:tr w:rsidR="00992405" w:rsidRPr="00992405" w14:paraId="40AAD7E1" w14:textId="77777777" w:rsidTr="00297037">
        <w:tc>
          <w:tcPr>
            <w:tcW w:w="2880" w:type="dxa"/>
            <w:hideMark/>
          </w:tcPr>
          <w:p w14:paraId="38A22ED8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Plassering</w:t>
            </w:r>
            <w:proofErr w:type="spellEnd"/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40EBDF3F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 xml:space="preserve">Ved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vannfasen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i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bunnen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33E0585E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På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metallflater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og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drivstoffsystem</w:t>
            </w:r>
            <w:proofErr w:type="spellEnd"/>
          </w:p>
        </w:tc>
      </w:tr>
      <w:tr w:rsidR="00992405" w:rsidRPr="00992405" w14:paraId="54435EA8" w14:textId="77777777" w:rsidTr="00297037">
        <w:tc>
          <w:tcPr>
            <w:tcW w:w="2880" w:type="dxa"/>
            <w:hideMark/>
          </w:tcPr>
          <w:p w14:paraId="7528A262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Partikler</w:t>
            </w:r>
            <w:proofErr w:type="spellEnd"/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32EA8D07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 xml:space="preserve">Myke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organiske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klumper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6B311018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Hardere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resinaktige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flak</w:t>
            </w:r>
          </w:p>
        </w:tc>
      </w:tr>
      <w:tr w:rsidR="00992405" w:rsidRPr="00992405" w14:paraId="38994A39" w14:textId="77777777" w:rsidTr="00297037">
        <w:tc>
          <w:tcPr>
            <w:tcW w:w="2880" w:type="dxa"/>
            <w:hideMark/>
          </w:tcPr>
          <w:p w14:paraId="37932946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Reaksjon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med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løsemiddel</w:t>
            </w:r>
            <w:proofErr w:type="spellEnd"/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23A33EE5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 xml:space="preserve">Løser seg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dårlig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48B09036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Løses</w:t>
            </w:r>
            <w:proofErr w:type="spellEnd"/>
            <w:r w:rsidRPr="00992405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lettere</w:t>
            </w:r>
            <w:proofErr w:type="spellEnd"/>
          </w:p>
        </w:tc>
      </w:tr>
      <w:tr w:rsidR="00992405" w:rsidRPr="00992405" w14:paraId="67710034" w14:textId="77777777" w:rsidTr="00297037">
        <w:tc>
          <w:tcPr>
            <w:tcW w:w="2880" w:type="dxa"/>
            <w:hideMark/>
          </w:tcPr>
          <w:p w14:paraId="6BC1480B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r w:rsidRPr="00992405">
              <w:rPr>
                <w:color w:val="000000" w:themeColor="text1"/>
                <w:sz w:val="24"/>
                <w:szCs w:val="24"/>
              </w:rPr>
              <w:t>ATP-test</w:t>
            </w:r>
          </w:p>
        </w:tc>
        <w:tc>
          <w:tcPr>
            <w:tcW w:w="2880" w:type="dxa"/>
            <w:shd w:val="clear" w:color="auto" w:fill="DDD9C3" w:themeFill="background2" w:themeFillShade="E6"/>
            <w:hideMark/>
          </w:tcPr>
          <w:p w14:paraId="70F5B7F1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Positiv</w:t>
            </w:r>
            <w:proofErr w:type="spellEnd"/>
          </w:p>
        </w:tc>
        <w:tc>
          <w:tcPr>
            <w:tcW w:w="2880" w:type="dxa"/>
            <w:shd w:val="clear" w:color="auto" w:fill="FBD4B4" w:themeFill="accent6" w:themeFillTint="66"/>
            <w:hideMark/>
          </w:tcPr>
          <w:p w14:paraId="1D9E92C3" w14:textId="77777777" w:rsidR="00992405" w:rsidRPr="00992405" w:rsidRDefault="00992405" w:rsidP="00992405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92405">
              <w:rPr>
                <w:color w:val="000000" w:themeColor="text1"/>
                <w:sz w:val="24"/>
                <w:szCs w:val="24"/>
              </w:rPr>
              <w:t>Negativ</w:t>
            </w:r>
            <w:proofErr w:type="spellEnd"/>
          </w:p>
        </w:tc>
      </w:tr>
    </w:tbl>
    <w:p w14:paraId="7521C206" w14:textId="77777777" w:rsidR="00992405" w:rsidRPr="00992405" w:rsidRDefault="00992405" w:rsidP="00992405">
      <w:pPr>
        <w:rPr>
          <w:color w:val="000000" w:themeColor="text1"/>
          <w:sz w:val="24"/>
          <w:szCs w:val="24"/>
        </w:rPr>
      </w:pPr>
    </w:p>
    <w:p w14:paraId="74B110EE" w14:textId="77777777" w:rsidR="001C0B7F" w:rsidRPr="001C0B7F" w:rsidRDefault="001C0B7F" w:rsidP="00992405">
      <w:pPr>
        <w:rPr>
          <w:color w:val="000000" w:themeColor="text1"/>
          <w:sz w:val="24"/>
          <w:szCs w:val="24"/>
          <w:lang w:val="nb-NO"/>
        </w:rPr>
      </w:pPr>
    </w:p>
    <w:sectPr w:rsidR="001C0B7F" w:rsidRPr="001C0B7F" w:rsidSect="003646A3">
      <w:headerReference w:type="default" r:id="rId8"/>
      <w:footerReference w:type="default" r:id="rId9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012E5" w14:textId="77777777" w:rsidR="008B1344" w:rsidRDefault="008B1344" w:rsidP="003646A3">
      <w:pPr>
        <w:spacing w:after="0" w:line="240" w:lineRule="auto"/>
      </w:pPr>
      <w:r>
        <w:separator/>
      </w:r>
    </w:p>
  </w:endnote>
  <w:endnote w:type="continuationSeparator" w:id="0">
    <w:p w14:paraId="409BD50A" w14:textId="77777777" w:rsidR="008B1344" w:rsidRDefault="008B1344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E31B6" w14:textId="77777777" w:rsidR="008B1344" w:rsidRDefault="008B1344" w:rsidP="003646A3">
      <w:pPr>
        <w:spacing w:after="0" w:line="240" w:lineRule="auto"/>
      </w:pPr>
      <w:r>
        <w:separator/>
      </w:r>
    </w:p>
  </w:footnote>
  <w:footnote w:type="continuationSeparator" w:id="0">
    <w:p w14:paraId="0FFFCE74" w14:textId="77777777" w:rsidR="008B1344" w:rsidRDefault="008B1344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D2C37"/>
    <w:multiLevelType w:val="hybridMultilevel"/>
    <w:tmpl w:val="ECCCF1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181C65"/>
    <w:multiLevelType w:val="hybridMultilevel"/>
    <w:tmpl w:val="08FC04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001E4E"/>
    <w:multiLevelType w:val="multilevel"/>
    <w:tmpl w:val="B13C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055BEB"/>
    <w:multiLevelType w:val="multilevel"/>
    <w:tmpl w:val="40A8E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5C7924"/>
    <w:multiLevelType w:val="hybridMultilevel"/>
    <w:tmpl w:val="45C274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1A75D1"/>
    <w:multiLevelType w:val="multilevel"/>
    <w:tmpl w:val="57888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394A8F"/>
    <w:multiLevelType w:val="multilevel"/>
    <w:tmpl w:val="33688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730D26"/>
    <w:multiLevelType w:val="multilevel"/>
    <w:tmpl w:val="50E0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951372"/>
    <w:multiLevelType w:val="multilevel"/>
    <w:tmpl w:val="4F2A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283BF1"/>
    <w:multiLevelType w:val="hybridMultilevel"/>
    <w:tmpl w:val="B1E073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B1419C"/>
    <w:multiLevelType w:val="multilevel"/>
    <w:tmpl w:val="8C4E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8A0273"/>
    <w:multiLevelType w:val="hybridMultilevel"/>
    <w:tmpl w:val="607A7BF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53B5078"/>
    <w:multiLevelType w:val="multilevel"/>
    <w:tmpl w:val="8282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06029F"/>
    <w:multiLevelType w:val="multilevel"/>
    <w:tmpl w:val="8158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120614"/>
    <w:multiLevelType w:val="multilevel"/>
    <w:tmpl w:val="D902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6E3E04"/>
    <w:multiLevelType w:val="multilevel"/>
    <w:tmpl w:val="D97A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EE5770"/>
    <w:multiLevelType w:val="multilevel"/>
    <w:tmpl w:val="3D900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6E3D0D"/>
    <w:multiLevelType w:val="multilevel"/>
    <w:tmpl w:val="D7E64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B7795B"/>
    <w:multiLevelType w:val="multilevel"/>
    <w:tmpl w:val="ED5C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011D8F"/>
    <w:multiLevelType w:val="multilevel"/>
    <w:tmpl w:val="421C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C76A4E"/>
    <w:multiLevelType w:val="hybridMultilevel"/>
    <w:tmpl w:val="130E617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A8779E"/>
    <w:multiLevelType w:val="hybridMultilevel"/>
    <w:tmpl w:val="7E4E08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336237"/>
    <w:multiLevelType w:val="hybridMultilevel"/>
    <w:tmpl w:val="600E7B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856EE4"/>
    <w:multiLevelType w:val="hybridMultilevel"/>
    <w:tmpl w:val="BF4A087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  <w:num w:numId="10" w16cid:durableId="1247575245">
    <w:abstractNumId w:val="26"/>
  </w:num>
  <w:num w:numId="11" w16cid:durableId="1930654571">
    <w:abstractNumId w:val="27"/>
  </w:num>
  <w:num w:numId="12" w16cid:durableId="619919424">
    <w:abstractNumId w:val="12"/>
  </w:num>
  <w:num w:numId="13" w16cid:durableId="801728486">
    <w:abstractNumId w:val="15"/>
  </w:num>
  <w:num w:numId="14" w16cid:durableId="23479942">
    <w:abstractNumId w:val="22"/>
  </w:num>
  <w:num w:numId="15" w16cid:durableId="1227956554">
    <w:abstractNumId w:val="28"/>
  </w:num>
  <w:num w:numId="16" w16cid:durableId="915624959">
    <w:abstractNumId w:val="23"/>
  </w:num>
  <w:num w:numId="17" w16cid:durableId="1912033014">
    <w:abstractNumId w:val="9"/>
  </w:num>
  <w:num w:numId="18" w16cid:durableId="1774084210">
    <w:abstractNumId w:val="20"/>
  </w:num>
  <w:num w:numId="19" w16cid:durableId="1287466413">
    <w:abstractNumId w:val="17"/>
  </w:num>
  <w:num w:numId="20" w16cid:durableId="317614082">
    <w:abstractNumId w:val="29"/>
  </w:num>
  <w:num w:numId="21" w16cid:durableId="1309170630">
    <w:abstractNumId w:val="19"/>
  </w:num>
  <w:num w:numId="22" w16cid:durableId="1055740296">
    <w:abstractNumId w:val="13"/>
  </w:num>
  <w:num w:numId="23" w16cid:durableId="1628973102">
    <w:abstractNumId w:val="16"/>
  </w:num>
  <w:num w:numId="24" w16cid:durableId="1289893078">
    <w:abstractNumId w:val="14"/>
  </w:num>
  <w:num w:numId="25" w16cid:durableId="668220260">
    <w:abstractNumId w:val="18"/>
  </w:num>
  <w:num w:numId="26" w16cid:durableId="1210458654">
    <w:abstractNumId w:val="10"/>
  </w:num>
  <w:num w:numId="27" w16cid:durableId="878588529">
    <w:abstractNumId w:val="11"/>
  </w:num>
  <w:num w:numId="28" w16cid:durableId="251399303">
    <w:abstractNumId w:val="25"/>
  </w:num>
  <w:num w:numId="29" w16cid:durableId="1717897306">
    <w:abstractNumId w:val="24"/>
  </w:num>
  <w:num w:numId="30" w16cid:durableId="1171986748">
    <w:abstractNumId w:val="30"/>
  </w:num>
  <w:num w:numId="31" w16cid:durableId="1751462447">
    <w:abstractNumId w:val="32"/>
  </w:num>
  <w:num w:numId="32" w16cid:durableId="1756320638">
    <w:abstractNumId w:val="31"/>
  </w:num>
  <w:num w:numId="33" w16cid:durableId="1508278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6D6"/>
    <w:rsid w:val="00034616"/>
    <w:rsid w:val="0006063C"/>
    <w:rsid w:val="0015074B"/>
    <w:rsid w:val="00172066"/>
    <w:rsid w:val="001C0B7F"/>
    <w:rsid w:val="0024236F"/>
    <w:rsid w:val="0029639D"/>
    <w:rsid w:val="00297037"/>
    <w:rsid w:val="002C52FA"/>
    <w:rsid w:val="00326F90"/>
    <w:rsid w:val="003646A3"/>
    <w:rsid w:val="004335B5"/>
    <w:rsid w:val="004C3C97"/>
    <w:rsid w:val="006D2421"/>
    <w:rsid w:val="007E30D7"/>
    <w:rsid w:val="008B1344"/>
    <w:rsid w:val="00992405"/>
    <w:rsid w:val="00A328B5"/>
    <w:rsid w:val="00AA1D8D"/>
    <w:rsid w:val="00B47730"/>
    <w:rsid w:val="00C05BC3"/>
    <w:rsid w:val="00CB0664"/>
    <w:rsid w:val="00D701C7"/>
    <w:rsid w:val="00D9569D"/>
    <w:rsid w:val="00E018B8"/>
    <w:rsid w:val="00E41A71"/>
    <w:rsid w:val="00F720D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701C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1331</Characters>
  <Application>Microsoft Office Word</Application>
  <DocSecurity>0</DocSecurity>
  <Lines>55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Simone Alvina Leite</cp:lastModifiedBy>
  <cp:revision>3</cp:revision>
  <dcterms:created xsi:type="dcterms:W3CDTF">2025-12-09T16:32:00Z</dcterms:created>
  <dcterms:modified xsi:type="dcterms:W3CDTF">2025-12-09T16:34:00Z</dcterms:modified>
  <cp:category/>
</cp:coreProperties>
</file>