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7EED04" w14:textId="77777777" w:rsidR="003646A3" w:rsidRDefault="003646A3">
      <w:pPr>
        <w:rPr>
          <w:color w:val="EE0000"/>
          <w:sz w:val="32"/>
          <w:szCs w:val="32"/>
          <w:lang w:val="nb-NO"/>
        </w:rPr>
      </w:pPr>
    </w:p>
    <w:p w14:paraId="140A9784" w14:textId="129E7075" w:rsidR="003646A3" w:rsidRPr="004335B5" w:rsidRDefault="00407B02">
      <w:pPr>
        <w:rPr>
          <w:b/>
          <w:bCs/>
          <w:color w:val="EE0000"/>
          <w:sz w:val="32"/>
          <w:szCs w:val="32"/>
          <w:lang w:val="nb-NO"/>
        </w:rPr>
      </w:pPr>
      <w:r>
        <w:rPr>
          <w:b/>
          <w:bCs/>
          <w:color w:val="EE0000"/>
          <w:sz w:val="32"/>
          <w:szCs w:val="32"/>
          <w:lang w:val="nb-NO"/>
        </w:rPr>
        <w:t>ECU – FEIL OG FEILSØKING</w:t>
      </w:r>
    </w:p>
    <w:p w14:paraId="0AA25F2C" w14:textId="77777777" w:rsidR="00407B02" w:rsidRPr="00407B02" w:rsidRDefault="00407B02" w:rsidP="00407B02">
      <w:pPr>
        <w:rPr>
          <w:b/>
          <w:bCs/>
          <w:sz w:val="24"/>
          <w:szCs w:val="24"/>
          <w:lang w:val="nb-NO"/>
        </w:rPr>
      </w:pPr>
      <w:r w:rsidRPr="00407B02">
        <w:rPr>
          <w:b/>
          <w:bCs/>
          <w:sz w:val="24"/>
          <w:szCs w:val="24"/>
          <w:lang w:val="nb-NO"/>
        </w:rPr>
        <w:t>ECU – STYRINGSPROBLEMER</w:t>
      </w:r>
    </w:p>
    <w:p w14:paraId="1229E16C" w14:textId="0DDAB076" w:rsidR="00407B02" w:rsidRPr="00407B02" w:rsidRDefault="00407B02" w:rsidP="00407B02">
      <w:pPr>
        <w:rPr>
          <w:b/>
          <w:bCs/>
          <w:sz w:val="24"/>
          <w:szCs w:val="24"/>
        </w:rPr>
      </w:pPr>
      <w:r w:rsidRPr="00407B02">
        <w:rPr>
          <w:b/>
          <w:bCs/>
          <w:sz w:val="24"/>
          <w:szCs w:val="24"/>
          <w:lang w:val="nb-NO"/>
        </w:rPr>
        <w:t xml:space="preserve">Å finne feil i </w:t>
      </w:r>
      <w:proofErr w:type="spellStart"/>
      <w:r w:rsidRPr="00407B02">
        <w:rPr>
          <w:b/>
          <w:bCs/>
          <w:sz w:val="24"/>
          <w:szCs w:val="24"/>
          <w:lang w:val="nb-NO"/>
        </w:rPr>
        <w:t>common</w:t>
      </w:r>
      <w:proofErr w:type="spellEnd"/>
      <w:r w:rsidRPr="00407B02">
        <w:rPr>
          <w:b/>
          <w:bCs/>
          <w:sz w:val="24"/>
          <w:szCs w:val="24"/>
          <w:lang w:val="nb-NO"/>
        </w:rPr>
        <w:t xml:space="preserve"> </w:t>
      </w:r>
      <w:proofErr w:type="spellStart"/>
      <w:r w:rsidRPr="00407B02">
        <w:rPr>
          <w:b/>
          <w:bCs/>
          <w:sz w:val="24"/>
          <w:szCs w:val="24"/>
          <w:lang w:val="nb-NO"/>
        </w:rPr>
        <w:t>rail</w:t>
      </w:r>
      <w:proofErr w:type="spellEnd"/>
      <w:r w:rsidRPr="00407B02">
        <w:rPr>
          <w:b/>
          <w:bCs/>
          <w:sz w:val="24"/>
          <w:szCs w:val="24"/>
          <w:lang w:val="nb-NO"/>
        </w:rPr>
        <w:t xml:space="preserve"> systemer kan være utfordrende. Særlig om ECU eller styringen til motoren feiler kan dette være problematisk å fange opp. Noen enkle kontroller kan </w:t>
      </w:r>
      <w:r w:rsidRPr="00407B02">
        <w:rPr>
          <w:b/>
          <w:bCs/>
          <w:sz w:val="24"/>
          <w:szCs w:val="24"/>
          <w:lang w:val="nb-NO"/>
        </w:rPr>
        <w:t>allikevel</w:t>
      </w:r>
      <w:r w:rsidRPr="00407B02">
        <w:rPr>
          <w:b/>
          <w:bCs/>
          <w:sz w:val="24"/>
          <w:szCs w:val="24"/>
          <w:lang w:val="nb-NO"/>
        </w:rPr>
        <w:t xml:space="preserve"> utføres for å sjekke om injektorsignal er korrekt.</w:t>
      </w:r>
      <w:r w:rsidRPr="00407B02">
        <w:rPr>
          <w:b/>
          <w:bCs/>
          <w:sz w:val="24"/>
          <w:szCs w:val="24"/>
          <w:lang w:val="nb-NO"/>
        </w:rPr>
        <w:br/>
      </w:r>
      <w:r w:rsidRPr="00407B02">
        <w:rPr>
          <w:b/>
          <w:bCs/>
          <w:i/>
          <w:iCs/>
          <w:sz w:val="24"/>
          <w:szCs w:val="24"/>
          <w:lang w:val="nb-NO"/>
        </w:rPr>
        <w:t xml:space="preserve">Før test utføres MÅ injektor </w:t>
      </w:r>
      <w:r w:rsidRPr="00407B02">
        <w:rPr>
          <w:b/>
          <w:bCs/>
          <w:i/>
          <w:iCs/>
          <w:sz w:val="24"/>
          <w:szCs w:val="24"/>
          <w:lang w:val="nb-NO"/>
        </w:rPr>
        <w:t>kontrolle</w:t>
      </w:r>
      <w:r>
        <w:rPr>
          <w:b/>
          <w:bCs/>
          <w:i/>
          <w:iCs/>
          <w:sz w:val="24"/>
          <w:szCs w:val="24"/>
          <w:lang w:val="nb-NO"/>
        </w:rPr>
        <w:t>res</w:t>
      </w:r>
      <w:r w:rsidRPr="00407B02">
        <w:rPr>
          <w:b/>
          <w:bCs/>
          <w:i/>
          <w:iCs/>
          <w:sz w:val="24"/>
          <w:szCs w:val="24"/>
          <w:lang w:val="nb-NO"/>
        </w:rPr>
        <w:t xml:space="preserve"> og alle injektorene være så jevne som mulig på levering og lekkasje. </w:t>
      </w:r>
      <w:proofErr w:type="spellStart"/>
      <w:r w:rsidRPr="00407B02">
        <w:rPr>
          <w:b/>
          <w:bCs/>
          <w:i/>
          <w:iCs/>
          <w:sz w:val="24"/>
          <w:szCs w:val="24"/>
          <w:lang w:val="nb-NO"/>
        </w:rPr>
        <w:t>Event</w:t>
      </w:r>
      <w:proofErr w:type="spellEnd"/>
      <w:r>
        <w:rPr>
          <w:b/>
          <w:bCs/>
          <w:i/>
          <w:iCs/>
          <w:sz w:val="24"/>
          <w:szCs w:val="24"/>
          <w:lang w:val="nb-NO"/>
        </w:rPr>
        <w:t>.</w:t>
      </w:r>
      <w:r w:rsidRPr="00407B02">
        <w:rPr>
          <w:b/>
          <w:bCs/>
          <w:i/>
          <w:iCs/>
          <w:sz w:val="24"/>
          <w:szCs w:val="24"/>
          <w:lang w:val="nb-NO"/>
        </w:rPr>
        <w:t xml:space="preserve"> montere nye injektorer.</w:t>
      </w:r>
      <w:r w:rsidRPr="00407B02">
        <w:rPr>
          <w:b/>
          <w:bCs/>
          <w:sz w:val="24"/>
          <w:szCs w:val="24"/>
          <w:lang w:val="nb-NO"/>
        </w:rPr>
        <w:t xml:space="preserve"> Går motoren på tomgang, er den beste måten å lese injektorsignalet fra hver enkel injektor med et </w:t>
      </w:r>
      <w:proofErr w:type="spellStart"/>
      <w:r w:rsidRPr="00407B02">
        <w:rPr>
          <w:b/>
          <w:bCs/>
          <w:sz w:val="24"/>
          <w:szCs w:val="24"/>
          <w:lang w:val="nb-NO"/>
        </w:rPr>
        <w:t>oscilloscop</w:t>
      </w:r>
      <w:proofErr w:type="spellEnd"/>
      <w:r w:rsidRPr="00407B02">
        <w:rPr>
          <w:b/>
          <w:bCs/>
          <w:sz w:val="24"/>
          <w:szCs w:val="24"/>
          <w:lang w:val="nb-NO"/>
        </w:rPr>
        <w:t xml:space="preserve">. Signalene skal være tilnærmet lik for alle injektorene. Lekkasjetest fra injektorene kan også gjøres. Ved større avvik av lekkasje fra injektorene må det mistenkes signalfeil eller annen motorfeil som gjør forbrenningen dårligere. </w:t>
      </w:r>
      <w:r w:rsidRPr="00407B02">
        <w:rPr>
          <w:b/>
          <w:bCs/>
          <w:sz w:val="24"/>
          <w:szCs w:val="24"/>
        </w:rPr>
        <w:t>(</w:t>
      </w:r>
      <w:proofErr w:type="spellStart"/>
      <w:r w:rsidRPr="00407B02">
        <w:rPr>
          <w:b/>
          <w:bCs/>
          <w:sz w:val="24"/>
          <w:szCs w:val="24"/>
        </w:rPr>
        <w:t>Sjekk</w:t>
      </w:r>
      <w:proofErr w:type="spellEnd"/>
      <w:r w:rsidRPr="00407B02">
        <w:rPr>
          <w:b/>
          <w:bCs/>
          <w:sz w:val="24"/>
          <w:szCs w:val="24"/>
        </w:rPr>
        <w:t xml:space="preserve"> med </w:t>
      </w:r>
      <w:proofErr w:type="spellStart"/>
      <w:r w:rsidRPr="00407B02">
        <w:rPr>
          <w:b/>
          <w:bCs/>
          <w:sz w:val="24"/>
          <w:szCs w:val="24"/>
        </w:rPr>
        <w:t>kompresjonstest</w:t>
      </w:r>
      <w:proofErr w:type="spellEnd"/>
      <w:r w:rsidRPr="00407B02">
        <w:rPr>
          <w:b/>
          <w:bCs/>
          <w:sz w:val="24"/>
          <w:szCs w:val="24"/>
        </w:rPr>
        <w:t>)</w:t>
      </w:r>
      <w:r>
        <w:rPr>
          <w:b/>
          <w:bCs/>
          <w:sz w:val="24"/>
          <w:szCs w:val="24"/>
        </w:rPr>
        <w:br/>
      </w:r>
    </w:p>
    <w:p w14:paraId="5A9005FC" w14:textId="7353288B" w:rsidR="00FD0653" w:rsidRPr="003646A3" w:rsidRDefault="00407B02">
      <w:pPr>
        <w:rPr>
          <w:lang w:val="nb-NO"/>
        </w:rPr>
      </w:pPr>
      <w:r>
        <w:rPr>
          <w:noProof/>
        </w:rPr>
        <w:drawing>
          <wp:inline distT="0" distB="0" distL="0" distR="0" wp14:anchorId="50CF233E" wp14:editId="5B0C9C72">
            <wp:extent cx="2514600" cy="3352800"/>
            <wp:effectExtent l="0" t="0" r="0" b="0"/>
            <wp:docPr id="747766616" name="Bilde 2" descr="Et bilde som inneholder elektronikk, tekst, maskin, måler&#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766616" name="Bilde 2" descr="Et bilde som inneholder elektronikk, tekst, maskin, måler&#10;&#10;KI-generert innhold kan være fei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17437" cy="3356583"/>
                    </a:xfrm>
                    <a:prstGeom prst="rect">
                      <a:avLst/>
                    </a:prstGeom>
                    <a:noFill/>
                    <a:ln>
                      <a:noFill/>
                    </a:ln>
                  </pic:spPr>
                </pic:pic>
              </a:graphicData>
            </a:graphic>
          </wp:inline>
        </w:drawing>
      </w:r>
    </w:p>
    <w:sectPr w:rsidR="00FD0653" w:rsidRPr="003646A3" w:rsidSect="003646A3">
      <w:headerReference w:type="default" r:id="rId9"/>
      <w:footerReference w:type="default" r:id="rId10"/>
      <w:pgSz w:w="12240" w:h="15840"/>
      <w:pgMar w:top="1440" w:right="1800" w:bottom="1440" w:left="1800" w:header="45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463341" w14:textId="77777777" w:rsidR="00CB3DFA" w:rsidRDefault="00CB3DFA" w:rsidP="003646A3">
      <w:pPr>
        <w:spacing w:after="0" w:line="240" w:lineRule="auto"/>
      </w:pPr>
      <w:r>
        <w:separator/>
      </w:r>
    </w:p>
  </w:endnote>
  <w:endnote w:type="continuationSeparator" w:id="0">
    <w:p w14:paraId="7BE6E0CB" w14:textId="77777777" w:rsidR="00CB3DFA" w:rsidRDefault="00CB3DFA" w:rsidP="003646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2006D" w14:textId="73414C87" w:rsidR="003646A3" w:rsidRPr="003646A3" w:rsidRDefault="003646A3">
    <w:pPr>
      <w:pStyle w:val="Bunntekst"/>
      <w:rPr>
        <w:lang w:val="nb-NO"/>
      </w:rPr>
    </w:pPr>
    <w:r w:rsidRPr="003646A3">
      <w:rPr>
        <w:lang w:val="nb-NO"/>
      </w:rPr>
      <w:t>NOBRACONSULT    -     TUNGAVEGEN 36     -      7047 TRONDHEIM</w:t>
    </w:r>
    <w:r w:rsidRPr="003646A3">
      <w:rPr>
        <w:lang w:val="nb-NO"/>
      </w:rPr>
      <w:br/>
    </w:r>
    <w:r w:rsidRPr="003646A3">
      <w:rPr>
        <w:lang w:val="nb-NO"/>
      </w:rPr>
      <w:br/>
      <w:t>TLF: 4799 0888       -     WWW.</w:t>
    </w:r>
    <w:r>
      <w:rPr>
        <w:lang w:val="nb-NO"/>
      </w:rPr>
      <w:t>NOBRACOSNULT.NO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5F93DC" w14:textId="77777777" w:rsidR="00CB3DFA" w:rsidRDefault="00CB3DFA" w:rsidP="003646A3">
      <w:pPr>
        <w:spacing w:after="0" w:line="240" w:lineRule="auto"/>
      </w:pPr>
      <w:r>
        <w:separator/>
      </w:r>
    </w:p>
  </w:footnote>
  <w:footnote w:type="continuationSeparator" w:id="0">
    <w:p w14:paraId="40D65208" w14:textId="77777777" w:rsidR="00CB3DFA" w:rsidRDefault="00CB3DFA" w:rsidP="003646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63919" w14:textId="72FAC60F" w:rsidR="003646A3" w:rsidRPr="003646A3" w:rsidRDefault="003646A3" w:rsidP="003646A3">
    <w:pPr>
      <w:pStyle w:val="Topptekst"/>
      <w:tabs>
        <w:tab w:val="clear" w:pos="4680"/>
        <w:tab w:val="clear" w:pos="9360"/>
        <w:tab w:val="center" w:pos="4320"/>
      </w:tabs>
      <w:rPr>
        <w:sz w:val="36"/>
        <w:szCs w:val="36"/>
      </w:rPr>
    </w:pPr>
    <w:r>
      <w:rPr>
        <w:noProof/>
      </w:rPr>
      <w:drawing>
        <wp:inline distT="0" distB="0" distL="0" distR="0" wp14:anchorId="191B6588" wp14:editId="7ECAF6EE">
          <wp:extent cx="1630779" cy="666750"/>
          <wp:effectExtent l="0" t="0" r="7620" b="0"/>
          <wp:docPr id="531971113" name="Bilde 1" descr="Nobraconsu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braconsul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8379" cy="690300"/>
                  </a:xfrm>
                  <a:prstGeom prst="rect">
                    <a:avLst/>
                  </a:prstGeom>
                  <a:noFill/>
                  <a:ln>
                    <a:noFill/>
                  </a:ln>
                </pic:spPr>
              </pic:pic>
            </a:graphicData>
          </a:graphic>
        </wp:inline>
      </w:drawing>
    </w:r>
    <w:r>
      <w:tab/>
    </w:r>
    <w:r w:rsidRPr="004335B5">
      <w:rPr>
        <w:b/>
        <w:bCs/>
        <w:sz w:val="36"/>
        <w:szCs w:val="36"/>
      </w:rPr>
      <w:t>BULLETIN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merertliste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merertliste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unktliste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unktliste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merertliste"/>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unktliste"/>
      <w:lvlText w:val=""/>
      <w:lvlJc w:val="left"/>
      <w:pPr>
        <w:tabs>
          <w:tab w:val="num" w:pos="360"/>
        </w:tabs>
        <w:ind w:left="360" w:hanging="360"/>
      </w:pPr>
      <w:rPr>
        <w:rFonts w:ascii="Symbol" w:hAnsi="Symbol" w:hint="default"/>
      </w:rPr>
    </w:lvl>
  </w:abstractNum>
  <w:num w:numId="1" w16cid:durableId="1953826477">
    <w:abstractNumId w:val="8"/>
  </w:num>
  <w:num w:numId="2" w16cid:durableId="1165630239">
    <w:abstractNumId w:val="6"/>
  </w:num>
  <w:num w:numId="3" w16cid:durableId="876507518">
    <w:abstractNumId w:val="5"/>
  </w:num>
  <w:num w:numId="4" w16cid:durableId="2036804658">
    <w:abstractNumId w:val="4"/>
  </w:num>
  <w:num w:numId="5" w16cid:durableId="750391227">
    <w:abstractNumId w:val="7"/>
  </w:num>
  <w:num w:numId="6" w16cid:durableId="1232273908">
    <w:abstractNumId w:val="3"/>
  </w:num>
  <w:num w:numId="7" w16cid:durableId="1218861439">
    <w:abstractNumId w:val="2"/>
  </w:num>
  <w:num w:numId="8" w16cid:durableId="1913856197">
    <w:abstractNumId w:val="1"/>
  </w:num>
  <w:num w:numId="9" w16cid:durableId="14289630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72066"/>
    <w:rsid w:val="0029639D"/>
    <w:rsid w:val="00326F90"/>
    <w:rsid w:val="003646A3"/>
    <w:rsid w:val="00407B02"/>
    <w:rsid w:val="004335B5"/>
    <w:rsid w:val="00AA1D8D"/>
    <w:rsid w:val="00B47730"/>
    <w:rsid w:val="00CB0664"/>
    <w:rsid w:val="00CB3DFA"/>
    <w:rsid w:val="00FC693F"/>
    <w:rsid w:val="00FD06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6CF2174"/>
  <w14:defaultImageDpi w14:val="300"/>
  <w15:docId w15:val="{6567A218-8251-4D2E-A9F2-2CB9032A7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Overskrift1">
    <w:name w:val="heading 1"/>
    <w:basedOn w:val="Normal"/>
    <w:next w:val="Normal"/>
    <w:link w:val="Overskrift1Tegn"/>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Overskrift4">
    <w:name w:val="heading 4"/>
    <w:basedOn w:val="Normal"/>
    <w:next w:val="Normal"/>
    <w:link w:val="Overskrift4Tegn"/>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Overskrift5">
    <w:name w:val="heading 5"/>
    <w:basedOn w:val="Normal"/>
    <w:next w:val="Normal"/>
    <w:link w:val="Overskrift5Tegn"/>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Overskrift6">
    <w:name w:val="heading 6"/>
    <w:basedOn w:val="Normal"/>
    <w:next w:val="Normal"/>
    <w:link w:val="Overskrift6Tegn"/>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Overskrift7">
    <w:name w:val="heading 7"/>
    <w:basedOn w:val="Normal"/>
    <w:next w:val="Normal"/>
    <w:link w:val="Overskrift7Tegn"/>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Overskrift8">
    <w:name w:val="heading 8"/>
    <w:basedOn w:val="Normal"/>
    <w:next w:val="Normal"/>
    <w:link w:val="Overskrift8Tegn"/>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Overskrift9">
    <w:name w:val="heading 9"/>
    <w:basedOn w:val="Normal"/>
    <w:next w:val="Normal"/>
    <w:link w:val="Overskrift9Tegn"/>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unhideWhenUsed/>
    <w:rsid w:val="00E618BF"/>
    <w:pPr>
      <w:tabs>
        <w:tab w:val="center" w:pos="4680"/>
        <w:tab w:val="right" w:pos="9360"/>
      </w:tabs>
      <w:spacing w:after="0" w:line="240" w:lineRule="auto"/>
    </w:pPr>
  </w:style>
  <w:style w:type="character" w:customStyle="1" w:styleId="TopptekstTegn">
    <w:name w:val="Topptekst Tegn"/>
    <w:basedOn w:val="Standardskriftforavsnitt"/>
    <w:link w:val="Topptekst"/>
    <w:uiPriority w:val="99"/>
    <w:rsid w:val="00E618BF"/>
  </w:style>
  <w:style w:type="paragraph" w:styleId="Bunntekst">
    <w:name w:val="footer"/>
    <w:basedOn w:val="Normal"/>
    <w:link w:val="BunntekstTegn"/>
    <w:uiPriority w:val="99"/>
    <w:unhideWhenUsed/>
    <w:rsid w:val="00E618BF"/>
    <w:pPr>
      <w:tabs>
        <w:tab w:val="center" w:pos="4680"/>
        <w:tab w:val="right" w:pos="9360"/>
      </w:tabs>
      <w:spacing w:after="0" w:line="240" w:lineRule="auto"/>
    </w:pPr>
  </w:style>
  <w:style w:type="character" w:customStyle="1" w:styleId="BunntekstTegn">
    <w:name w:val="Bunntekst Tegn"/>
    <w:basedOn w:val="Standardskriftforavsnitt"/>
    <w:link w:val="Bunntekst"/>
    <w:uiPriority w:val="99"/>
    <w:rsid w:val="00E618BF"/>
  </w:style>
  <w:style w:type="paragraph" w:styleId="Ingenmellomrom">
    <w:name w:val="No Spacing"/>
    <w:uiPriority w:val="1"/>
    <w:qFormat/>
    <w:rsid w:val="00FC693F"/>
    <w:pPr>
      <w:spacing w:after="0" w:line="240" w:lineRule="auto"/>
    </w:pPr>
  </w:style>
  <w:style w:type="character" w:customStyle="1" w:styleId="Overskrift1Tegn">
    <w:name w:val="Overskrift 1 Tegn"/>
    <w:basedOn w:val="Standardskriftforavsnitt"/>
    <w:link w:val="Overskrift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Overskrift2Tegn">
    <w:name w:val="Overskrift 2 Tegn"/>
    <w:basedOn w:val="Standardskriftforavsnitt"/>
    <w:link w:val="Overskrift2"/>
    <w:uiPriority w:val="9"/>
    <w:rsid w:val="00FC693F"/>
    <w:rPr>
      <w:rFonts w:asciiTheme="majorHAnsi" w:eastAsiaTheme="majorEastAsia" w:hAnsiTheme="majorHAnsi" w:cstheme="majorBidi"/>
      <w:b/>
      <w:bCs/>
      <w:color w:val="4F81BD" w:themeColor="accent1"/>
      <w:sz w:val="26"/>
      <w:szCs w:val="26"/>
    </w:rPr>
  </w:style>
  <w:style w:type="character" w:customStyle="1" w:styleId="Overskrift3Tegn">
    <w:name w:val="Overskrift 3 Tegn"/>
    <w:basedOn w:val="Standardskriftforavsnitt"/>
    <w:link w:val="Overskrift3"/>
    <w:uiPriority w:val="9"/>
    <w:rsid w:val="00FC693F"/>
    <w:rPr>
      <w:rFonts w:asciiTheme="majorHAnsi" w:eastAsiaTheme="majorEastAsia" w:hAnsiTheme="majorHAnsi" w:cstheme="majorBidi"/>
      <w:b/>
      <w:bCs/>
      <w:color w:val="4F81BD" w:themeColor="accent1"/>
    </w:rPr>
  </w:style>
  <w:style w:type="paragraph" w:styleId="Tittel">
    <w:name w:val="Title"/>
    <w:basedOn w:val="Normal"/>
    <w:next w:val="Normal"/>
    <w:link w:val="TittelTegn"/>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telTegn">
    <w:name w:val="Tittel Tegn"/>
    <w:basedOn w:val="Standardskriftforavsnitt"/>
    <w:link w:val="Tit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dertittel">
    <w:name w:val="Subtitle"/>
    <w:basedOn w:val="Normal"/>
    <w:next w:val="Normal"/>
    <w:link w:val="UndertittelTegn"/>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dertittelTegn">
    <w:name w:val="Undertittel Tegn"/>
    <w:basedOn w:val="Standardskriftforavsnitt"/>
    <w:link w:val="Undertittel"/>
    <w:uiPriority w:val="11"/>
    <w:rsid w:val="00FC693F"/>
    <w:rPr>
      <w:rFonts w:asciiTheme="majorHAnsi" w:eastAsiaTheme="majorEastAsia" w:hAnsiTheme="majorHAnsi" w:cstheme="majorBidi"/>
      <w:i/>
      <w:iCs/>
      <w:color w:val="4F81BD" w:themeColor="accent1"/>
      <w:spacing w:val="15"/>
      <w:sz w:val="24"/>
      <w:szCs w:val="24"/>
    </w:rPr>
  </w:style>
  <w:style w:type="paragraph" w:styleId="Listeavsnitt">
    <w:name w:val="List Paragraph"/>
    <w:basedOn w:val="Normal"/>
    <w:uiPriority w:val="34"/>
    <w:qFormat/>
    <w:rsid w:val="00FC693F"/>
    <w:pPr>
      <w:ind w:left="720"/>
      <w:contextualSpacing/>
    </w:pPr>
  </w:style>
  <w:style w:type="paragraph" w:styleId="Brdtekst">
    <w:name w:val="Body Text"/>
    <w:basedOn w:val="Normal"/>
    <w:link w:val="BrdtekstTegn"/>
    <w:uiPriority w:val="99"/>
    <w:unhideWhenUsed/>
    <w:rsid w:val="00AA1D8D"/>
    <w:pPr>
      <w:spacing w:after="120"/>
    </w:pPr>
  </w:style>
  <w:style w:type="character" w:customStyle="1" w:styleId="BrdtekstTegn">
    <w:name w:val="Brødtekst Tegn"/>
    <w:basedOn w:val="Standardskriftforavsnitt"/>
    <w:link w:val="Brdtekst"/>
    <w:uiPriority w:val="99"/>
    <w:rsid w:val="00AA1D8D"/>
  </w:style>
  <w:style w:type="paragraph" w:styleId="Brdtekst2">
    <w:name w:val="Body Text 2"/>
    <w:basedOn w:val="Normal"/>
    <w:link w:val="Brdtekst2Tegn"/>
    <w:uiPriority w:val="99"/>
    <w:unhideWhenUsed/>
    <w:rsid w:val="00AA1D8D"/>
    <w:pPr>
      <w:spacing w:after="120" w:line="480" w:lineRule="auto"/>
    </w:pPr>
  </w:style>
  <w:style w:type="character" w:customStyle="1" w:styleId="Brdtekst2Tegn">
    <w:name w:val="Brødtekst 2 Tegn"/>
    <w:basedOn w:val="Standardskriftforavsnitt"/>
    <w:link w:val="Brdtekst2"/>
    <w:uiPriority w:val="99"/>
    <w:rsid w:val="00AA1D8D"/>
  </w:style>
  <w:style w:type="paragraph" w:styleId="Brdtekst3">
    <w:name w:val="Body Text 3"/>
    <w:basedOn w:val="Normal"/>
    <w:link w:val="Brdtekst3Tegn"/>
    <w:uiPriority w:val="99"/>
    <w:unhideWhenUsed/>
    <w:rsid w:val="00AA1D8D"/>
    <w:pPr>
      <w:spacing w:after="120"/>
    </w:pPr>
    <w:rPr>
      <w:sz w:val="16"/>
      <w:szCs w:val="16"/>
    </w:rPr>
  </w:style>
  <w:style w:type="character" w:customStyle="1" w:styleId="Brdtekst3Tegn">
    <w:name w:val="Brødtekst 3 Tegn"/>
    <w:basedOn w:val="Standardskriftforavsnitt"/>
    <w:link w:val="Brdtekst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Punktliste">
    <w:name w:val="List Bullet"/>
    <w:basedOn w:val="Normal"/>
    <w:uiPriority w:val="99"/>
    <w:unhideWhenUsed/>
    <w:rsid w:val="00326F90"/>
    <w:pPr>
      <w:numPr>
        <w:numId w:val="1"/>
      </w:numPr>
      <w:contextualSpacing/>
    </w:pPr>
  </w:style>
  <w:style w:type="paragraph" w:styleId="Punktliste2">
    <w:name w:val="List Bullet 2"/>
    <w:basedOn w:val="Normal"/>
    <w:uiPriority w:val="99"/>
    <w:unhideWhenUsed/>
    <w:rsid w:val="00326F90"/>
    <w:pPr>
      <w:numPr>
        <w:numId w:val="2"/>
      </w:numPr>
      <w:contextualSpacing/>
    </w:pPr>
  </w:style>
  <w:style w:type="paragraph" w:styleId="Punktliste3">
    <w:name w:val="List Bullet 3"/>
    <w:basedOn w:val="Normal"/>
    <w:uiPriority w:val="99"/>
    <w:unhideWhenUsed/>
    <w:rsid w:val="00326F90"/>
    <w:pPr>
      <w:numPr>
        <w:numId w:val="3"/>
      </w:numPr>
      <w:contextualSpacing/>
    </w:pPr>
  </w:style>
  <w:style w:type="paragraph" w:styleId="Nummerertliste">
    <w:name w:val="List Number"/>
    <w:basedOn w:val="Normal"/>
    <w:uiPriority w:val="99"/>
    <w:unhideWhenUsed/>
    <w:rsid w:val="00326F90"/>
    <w:pPr>
      <w:numPr>
        <w:numId w:val="5"/>
      </w:numPr>
      <w:contextualSpacing/>
    </w:pPr>
  </w:style>
  <w:style w:type="paragraph" w:styleId="Nummerertliste2">
    <w:name w:val="List Number 2"/>
    <w:basedOn w:val="Normal"/>
    <w:uiPriority w:val="99"/>
    <w:unhideWhenUsed/>
    <w:rsid w:val="0029639D"/>
    <w:pPr>
      <w:numPr>
        <w:numId w:val="6"/>
      </w:numPr>
      <w:contextualSpacing/>
    </w:pPr>
  </w:style>
  <w:style w:type="paragraph" w:styleId="Nummerertliste3">
    <w:name w:val="List Number 3"/>
    <w:basedOn w:val="Normal"/>
    <w:uiPriority w:val="99"/>
    <w:unhideWhenUsed/>
    <w:rsid w:val="0029639D"/>
    <w:pPr>
      <w:numPr>
        <w:numId w:val="7"/>
      </w:numPr>
      <w:contextualSpacing/>
    </w:pPr>
  </w:style>
  <w:style w:type="paragraph" w:styleId="Liste-forts">
    <w:name w:val="List Continue"/>
    <w:basedOn w:val="Normal"/>
    <w:uiPriority w:val="99"/>
    <w:unhideWhenUsed/>
    <w:rsid w:val="0029639D"/>
    <w:pPr>
      <w:spacing w:after="120"/>
      <w:ind w:left="360"/>
      <w:contextualSpacing/>
    </w:pPr>
  </w:style>
  <w:style w:type="paragraph" w:styleId="Liste-forts2">
    <w:name w:val="List Continue 2"/>
    <w:basedOn w:val="Normal"/>
    <w:uiPriority w:val="99"/>
    <w:unhideWhenUsed/>
    <w:rsid w:val="0029639D"/>
    <w:pPr>
      <w:spacing w:after="120"/>
      <w:ind w:left="720"/>
      <w:contextualSpacing/>
    </w:pPr>
  </w:style>
  <w:style w:type="paragraph" w:styleId="Liste-forts3">
    <w:name w:val="List Continue 3"/>
    <w:basedOn w:val="Normal"/>
    <w:uiPriority w:val="99"/>
    <w:unhideWhenUsed/>
    <w:rsid w:val="0029639D"/>
    <w:pPr>
      <w:spacing w:after="120"/>
      <w:ind w:left="1080"/>
      <w:contextualSpacing/>
    </w:pPr>
  </w:style>
  <w:style w:type="paragraph" w:styleId="Makrotekst">
    <w:name w:val="macro"/>
    <w:link w:val="MakrotekstTegn"/>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kstTegn">
    <w:name w:val="Makrotekst Tegn"/>
    <w:basedOn w:val="Standardskriftforavsnitt"/>
    <w:link w:val="Makrotekst"/>
    <w:uiPriority w:val="99"/>
    <w:rsid w:val="0029639D"/>
    <w:rPr>
      <w:rFonts w:ascii="Courier" w:hAnsi="Courier"/>
      <w:sz w:val="20"/>
      <w:szCs w:val="20"/>
    </w:rPr>
  </w:style>
  <w:style w:type="paragraph" w:styleId="Sitat">
    <w:name w:val="Quote"/>
    <w:basedOn w:val="Normal"/>
    <w:next w:val="Normal"/>
    <w:link w:val="SitatTegn"/>
    <w:uiPriority w:val="29"/>
    <w:qFormat/>
    <w:rsid w:val="00FC693F"/>
    <w:rPr>
      <w:i/>
      <w:iCs/>
      <w:color w:val="000000" w:themeColor="text1"/>
    </w:rPr>
  </w:style>
  <w:style w:type="character" w:customStyle="1" w:styleId="SitatTegn">
    <w:name w:val="Sitat Tegn"/>
    <w:basedOn w:val="Standardskriftforavsnitt"/>
    <w:link w:val="Sitat"/>
    <w:uiPriority w:val="29"/>
    <w:rsid w:val="00FC693F"/>
    <w:rPr>
      <w:i/>
      <w:iCs/>
      <w:color w:val="000000" w:themeColor="text1"/>
    </w:rPr>
  </w:style>
  <w:style w:type="character" w:customStyle="1" w:styleId="Overskrift4Tegn">
    <w:name w:val="Overskrift 4 Tegn"/>
    <w:basedOn w:val="Standardskriftforavsnitt"/>
    <w:link w:val="Overskrift4"/>
    <w:uiPriority w:val="9"/>
    <w:semiHidden/>
    <w:rsid w:val="00FC693F"/>
    <w:rPr>
      <w:rFonts w:asciiTheme="majorHAnsi" w:eastAsiaTheme="majorEastAsia" w:hAnsiTheme="majorHAnsi" w:cstheme="majorBidi"/>
      <w:b/>
      <w:bCs/>
      <w:i/>
      <w:iCs/>
      <w:color w:val="4F81BD" w:themeColor="accent1"/>
    </w:rPr>
  </w:style>
  <w:style w:type="character" w:customStyle="1" w:styleId="Overskrift5Tegn">
    <w:name w:val="Overskrift 5 Tegn"/>
    <w:basedOn w:val="Standardskriftforavsnitt"/>
    <w:link w:val="Overskrift5"/>
    <w:uiPriority w:val="9"/>
    <w:semiHidden/>
    <w:rsid w:val="00FC693F"/>
    <w:rPr>
      <w:rFonts w:asciiTheme="majorHAnsi" w:eastAsiaTheme="majorEastAsia" w:hAnsiTheme="majorHAnsi" w:cstheme="majorBidi"/>
      <w:color w:val="243F60" w:themeColor="accent1" w:themeShade="7F"/>
    </w:rPr>
  </w:style>
  <w:style w:type="character" w:customStyle="1" w:styleId="Overskrift6Tegn">
    <w:name w:val="Overskrift 6 Tegn"/>
    <w:basedOn w:val="Standardskriftforavsnitt"/>
    <w:link w:val="Overskrift6"/>
    <w:uiPriority w:val="9"/>
    <w:semiHidden/>
    <w:rsid w:val="00FC693F"/>
    <w:rPr>
      <w:rFonts w:asciiTheme="majorHAnsi" w:eastAsiaTheme="majorEastAsia" w:hAnsiTheme="majorHAnsi" w:cstheme="majorBidi"/>
      <w:i/>
      <w:iCs/>
      <w:color w:val="243F60" w:themeColor="accent1" w:themeShade="7F"/>
    </w:rPr>
  </w:style>
  <w:style w:type="character" w:customStyle="1" w:styleId="Overskrift7Tegn">
    <w:name w:val="Overskrift 7 Tegn"/>
    <w:basedOn w:val="Standardskriftforavsnitt"/>
    <w:link w:val="Overskrift7"/>
    <w:uiPriority w:val="9"/>
    <w:semiHidden/>
    <w:rsid w:val="00FC693F"/>
    <w:rPr>
      <w:rFonts w:asciiTheme="majorHAnsi" w:eastAsiaTheme="majorEastAsia" w:hAnsiTheme="majorHAnsi" w:cstheme="majorBidi"/>
      <w:i/>
      <w:iCs/>
      <w:color w:val="404040" w:themeColor="text1" w:themeTint="BF"/>
    </w:rPr>
  </w:style>
  <w:style w:type="character" w:customStyle="1" w:styleId="Overskrift8Tegn">
    <w:name w:val="Overskrift 8 Tegn"/>
    <w:basedOn w:val="Standardskriftforavsnitt"/>
    <w:link w:val="Overskrift8"/>
    <w:uiPriority w:val="9"/>
    <w:semiHidden/>
    <w:rsid w:val="00FC693F"/>
    <w:rPr>
      <w:rFonts w:asciiTheme="majorHAnsi" w:eastAsiaTheme="majorEastAsia" w:hAnsiTheme="majorHAnsi" w:cstheme="majorBidi"/>
      <w:color w:val="4F81BD" w:themeColor="accent1"/>
      <w:sz w:val="20"/>
      <w:szCs w:val="20"/>
    </w:rPr>
  </w:style>
  <w:style w:type="character" w:customStyle="1" w:styleId="Overskrift9Tegn">
    <w:name w:val="Overskrift 9 Tegn"/>
    <w:basedOn w:val="Standardskriftforavsnitt"/>
    <w:link w:val="Overskrift9"/>
    <w:uiPriority w:val="9"/>
    <w:semiHidden/>
    <w:rsid w:val="00FC693F"/>
    <w:rPr>
      <w:rFonts w:asciiTheme="majorHAnsi" w:eastAsiaTheme="majorEastAsia" w:hAnsiTheme="majorHAnsi" w:cstheme="majorBidi"/>
      <w:i/>
      <w:iCs/>
      <w:color w:val="404040" w:themeColor="text1" w:themeTint="BF"/>
      <w:sz w:val="20"/>
      <w:szCs w:val="20"/>
    </w:rPr>
  </w:style>
  <w:style w:type="paragraph" w:styleId="Bildetekst">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erk">
    <w:name w:val="Strong"/>
    <w:basedOn w:val="Standardskriftforavsnitt"/>
    <w:uiPriority w:val="22"/>
    <w:qFormat/>
    <w:rsid w:val="00FC693F"/>
    <w:rPr>
      <w:b/>
      <w:bCs/>
    </w:rPr>
  </w:style>
  <w:style w:type="character" w:styleId="Utheving">
    <w:name w:val="Emphasis"/>
    <w:basedOn w:val="Standardskriftforavsnitt"/>
    <w:uiPriority w:val="20"/>
    <w:qFormat/>
    <w:rsid w:val="00FC693F"/>
    <w:rPr>
      <w:i/>
      <w:iCs/>
    </w:rPr>
  </w:style>
  <w:style w:type="paragraph" w:styleId="Sterktsitat">
    <w:name w:val="Intense Quote"/>
    <w:basedOn w:val="Normal"/>
    <w:next w:val="Normal"/>
    <w:link w:val="SterktsitatTegn"/>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SterktsitatTegn">
    <w:name w:val="Sterkt sitat Tegn"/>
    <w:basedOn w:val="Standardskriftforavsnitt"/>
    <w:link w:val="Sterktsitat"/>
    <w:uiPriority w:val="30"/>
    <w:rsid w:val="00FC693F"/>
    <w:rPr>
      <w:b/>
      <w:bCs/>
      <w:i/>
      <w:iCs/>
      <w:color w:val="4F81BD" w:themeColor="accent1"/>
    </w:rPr>
  </w:style>
  <w:style w:type="character" w:styleId="Svakutheving">
    <w:name w:val="Subtle Emphasis"/>
    <w:basedOn w:val="Standardskriftforavsnitt"/>
    <w:uiPriority w:val="19"/>
    <w:qFormat/>
    <w:rsid w:val="00FC693F"/>
    <w:rPr>
      <w:i/>
      <w:iCs/>
      <w:color w:val="808080" w:themeColor="text1" w:themeTint="7F"/>
    </w:rPr>
  </w:style>
  <w:style w:type="character" w:styleId="Sterkutheving">
    <w:name w:val="Intense Emphasis"/>
    <w:basedOn w:val="Standardskriftforavsnitt"/>
    <w:uiPriority w:val="21"/>
    <w:qFormat/>
    <w:rsid w:val="00FC693F"/>
    <w:rPr>
      <w:b/>
      <w:bCs/>
      <w:i/>
      <w:iCs/>
      <w:color w:val="4F81BD" w:themeColor="accent1"/>
    </w:rPr>
  </w:style>
  <w:style w:type="character" w:styleId="Svakreferanse">
    <w:name w:val="Subtle Reference"/>
    <w:basedOn w:val="Standardskriftforavsnitt"/>
    <w:uiPriority w:val="31"/>
    <w:qFormat/>
    <w:rsid w:val="00FC693F"/>
    <w:rPr>
      <w:smallCaps/>
      <w:color w:val="C0504D" w:themeColor="accent2"/>
      <w:u w:val="single"/>
    </w:rPr>
  </w:style>
  <w:style w:type="character" w:styleId="Sterkreferanse">
    <w:name w:val="Intense Reference"/>
    <w:basedOn w:val="Standardskriftforavsnitt"/>
    <w:uiPriority w:val="32"/>
    <w:qFormat/>
    <w:rsid w:val="00FC693F"/>
    <w:rPr>
      <w:b/>
      <w:bCs/>
      <w:smallCaps/>
      <w:color w:val="C0504D" w:themeColor="accent2"/>
      <w:spacing w:val="5"/>
      <w:u w:val="single"/>
    </w:rPr>
  </w:style>
  <w:style w:type="character" w:styleId="Boktittel">
    <w:name w:val="Book Title"/>
    <w:basedOn w:val="Standardskriftforavsnitt"/>
    <w:uiPriority w:val="33"/>
    <w:qFormat/>
    <w:rsid w:val="00FC693F"/>
    <w:rPr>
      <w:b/>
      <w:bCs/>
      <w:smallCaps/>
      <w:spacing w:val="5"/>
    </w:rPr>
  </w:style>
  <w:style w:type="paragraph" w:styleId="Overskriftforinnholdsfortegnelse">
    <w:name w:val="TOC Heading"/>
    <w:basedOn w:val="Overskrift1"/>
    <w:next w:val="Normal"/>
    <w:uiPriority w:val="39"/>
    <w:semiHidden/>
    <w:unhideWhenUsed/>
    <w:qFormat/>
    <w:rsid w:val="00FC693F"/>
    <w:pPr>
      <w:outlineLvl w:val="9"/>
    </w:pPr>
  </w:style>
  <w:style w:type="table" w:styleId="Tabellrutenett">
    <w:name w:val="Table Grid"/>
    <w:basedOn w:val="Vanligtabel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ysskyggelegging">
    <w:name w:val="Light Shading"/>
    <w:basedOn w:val="Vanligtabel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ysskyggelegginguthevingsfarge1">
    <w:name w:val="Light Shading Accent 1"/>
    <w:basedOn w:val="Vanligtabel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ysskyggelegginguthevingsfarge2">
    <w:name w:val="Light Shading Accent 2"/>
    <w:basedOn w:val="Vanligtabel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ysskyggelegginguthevingsfarge3">
    <w:name w:val="Light Shading Accent 3"/>
    <w:basedOn w:val="Vanligtabel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ysskyggelegginguthevingsfarge4">
    <w:name w:val="Light Shading Accent 4"/>
    <w:basedOn w:val="Vanligtabel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ysskyggelegginguthevingsfarge5">
    <w:name w:val="Light Shading Accent 5"/>
    <w:basedOn w:val="Vanligtabel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ysskyggelegginguthevingsfarge6">
    <w:name w:val="Light Shading Accent 6"/>
    <w:basedOn w:val="Vanligtabel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ysliste">
    <w:name w:val="Light List"/>
    <w:basedOn w:val="Vanligtabel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yslisteuthevingsfarge1">
    <w:name w:val="Light List Accent 1"/>
    <w:basedOn w:val="Vanligtabel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yslisteuthevingsfarge2">
    <w:name w:val="Light List Accent 2"/>
    <w:basedOn w:val="Vanligtabel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yslisteuthevingsfarge3">
    <w:name w:val="Light List Accent 3"/>
    <w:basedOn w:val="Vanligtabel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yslisteuthevingsfarge4">
    <w:name w:val="Light List Accent 4"/>
    <w:basedOn w:val="Vanligtabel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yslisteuthevingsfarge5">
    <w:name w:val="Light List Accent 5"/>
    <w:basedOn w:val="Vanligtabel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yslisteuthevingsfarge6">
    <w:name w:val="Light List Accent 6"/>
    <w:basedOn w:val="Vanligtabel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ystrutenett">
    <w:name w:val="Light Grid"/>
    <w:basedOn w:val="Vanligtabel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ystrutenettuthevingsfarge1">
    <w:name w:val="Light Grid Accent 1"/>
    <w:basedOn w:val="Vanligtabel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ystrutenettuthevingsfarge2">
    <w:name w:val="Light Grid Accent 2"/>
    <w:basedOn w:val="Vanligtabel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ystrutenettuthevingsfarge3">
    <w:name w:val="Light Grid Accent 3"/>
    <w:basedOn w:val="Vanligtabel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ystrutenettuthevingsfarge4">
    <w:name w:val="Light Grid Accent 4"/>
    <w:basedOn w:val="Vanligtabel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ystrutenettuthevingsfarge5">
    <w:name w:val="Light Grid Accent 5"/>
    <w:basedOn w:val="Vanligtabel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ystrutenettuthevingsfarge6">
    <w:name w:val="Light Grid Accent 6"/>
    <w:basedOn w:val="Vanligtabel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ddelsskyggelegging1">
    <w:name w:val="Medium Shading 1"/>
    <w:basedOn w:val="Vanligtabel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ddelsskyggelegging1uthevingsfarge1">
    <w:name w:val="Medium Shading 1 Accent 1"/>
    <w:basedOn w:val="Vanligtabel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ddelsskyggelegging1uthevingsfarge2">
    <w:name w:val="Medium Shading 1 Accent 2"/>
    <w:basedOn w:val="Vanligtabel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ddelsskyggelegging1uthevingsfarge3">
    <w:name w:val="Medium Shading 1 Accent 3"/>
    <w:basedOn w:val="Vanligtabel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ddelsskyggelegging1uthevingsfarge4">
    <w:name w:val="Medium Shading 1 Accent 4"/>
    <w:basedOn w:val="Vanligtabel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ddelsskyggelegging1uthevingsfarge5">
    <w:name w:val="Medium Shading 1 Accent 5"/>
    <w:basedOn w:val="Vanligtabel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ddelsskyggelegging1uthevingsfarge6">
    <w:name w:val="Medium Shading 1 Accent 6"/>
    <w:basedOn w:val="Vanligtabel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ddelsskyggelegging2">
    <w:name w:val="Medium Shading 2"/>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1">
    <w:name w:val="Medium Shading 2 Accent 1"/>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2">
    <w:name w:val="Medium Shading 2 Accent 2"/>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3">
    <w:name w:val="Medium Shading 2 Accent 3"/>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4">
    <w:name w:val="Medium Shading 2 Accent 4"/>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5">
    <w:name w:val="Medium Shading 2 Accent 5"/>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6">
    <w:name w:val="Medium Shading 2 Accent 6"/>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liste1">
    <w:name w:val="Medium List 1"/>
    <w:basedOn w:val="Vanligtabel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ddelsliste1uthevingsfarge1">
    <w:name w:val="Medium List 1 Accent 1"/>
    <w:basedOn w:val="Vanligtabel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ddelsliste1uthevingsfarge2">
    <w:name w:val="Medium List 1 Accent 2"/>
    <w:basedOn w:val="Vanligtabel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ddelsliste1uthevingsfarge3">
    <w:name w:val="Medium List 1 Accent 3"/>
    <w:basedOn w:val="Vanligtabel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ddelsliste1uthevingsfarge4">
    <w:name w:val="Medium List 1 Accent 4"/>
    <w:basedOn w:val="Vanligtabel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ddelsliste1uthevingsfarge5">
    <w:name w:val="Medium List 1 Accent 5"/>
    <w:basedOn w:val="Vanligtabel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ddelsliste1uthevingsfarge6">
    <w:name w:val="Medium List 1 Accent 6"/>
    <w:basedOn w:val="Vanligtabel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ddelsliste2">
    <w:name w:val="Medium List 2"/>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1">
    <w:name w:val="Medium List 2 Accent 1"/>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2">
    <w:name w:val="Medium List 2 Accent 2"/>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3">
    <w:name w:val="Medium List 2 Accent 3"/>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4">
    <w:name w:val="Medium List 2 Accent 4"/>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5">
    <w:name w:val="Medium List 2 Accent 5"/>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6">
    <w:name w:val="Medium List 2 Accent 6"/>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rutenett1">
    <w:name w:val="Medium Grid 1"/>
    <w:basedOn w:val="Vanligtabel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ddelsrutenett1uthevingsfarge1">
    <w:name w:val="Medium Grid 1 Accent 1"/>
    <w:basedOn w:val="Vanligtabel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ddelsrutenett1uthevingsfarge2">
    <w:name w:val="Medium Grid 1 Accent 2"/>
    <w:basedOn w:val="Vanligtabel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ddelsrutenett1uthevingsfarge3">
    <w:name w:val="Medium Grid 1 Accent 3"/>
    <w:basedOn w:val="Vanligtabel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ddelsrutenett1uthevingsfarge4">
    <w:name w:val="Medium Grid 1 Accent 4"/>
    <w:basedOn w:val="Vanligtabel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ddelsrutenett1uthevingsfarge5">
    <w:name w:val="Medium Grid 1 Accent 5"/>
    <w:basedOn w:val="Vanligtabel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ddelsrutenett1uthevingsfarge6">
    <w:name w:val="Medium Grid 1 Accent 6"/>
    <w:basedOn w:val="Vanligtabel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ddelsrutenett2">
    <w:name w:val="Medium Grid 2"/>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ddelsrutenett2uthevingsfarge1">
    <w:name w:val="Medium Grid 2 Accent 1"/>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ddelsrutenett2uthevingsfarge2">
    <w:name w:val="Medium Grid 2 Accent 2"/>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ddelsrutenett2uthevingsfarge3">
    <w:name w:val="Medium Grid 2 Accent 3"/>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ddelsrutenett2uthevingsfarge4">
    <w:name w:val="Medium Grid 2 Accent 4"/>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ddelsrutenett2uthevingsfarge5">
    <w:name w:val="Medium Grid 2 Accent 5"/>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ddelsrutenett2uthevingsfarge6">
    <w:name w:val="Medium Grid 2 Accent 6"/>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ddelsrutenett3">
    <w:name w:val="Medium Grid 3"/>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ddelsrutenett3uthevingsfarge1">
    <w:name w:val="Medium Grid 3 Accent 1"/>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ddelsrutenett3uthevingsfarge2">
    <w:name w:val="Medium Grid 3 Accent 2"/>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ddelsrutenett3uthevingsfarge3">
    <w:name w:val="Medium Grid 3 Accent 3"/>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ddelsrutenett3uthevingsfarge4">
    <w:name w:val="Medium Grid 3 Accent 4"/>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ddelsrutenett3uthevingsfarge5">
    <w:name w:val="Medium Grid 3 Accent 5"/>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ddelsrutenett3uthevingsfarge6">
    <w:name w:val="Medium Grid 3 Accent 6"/>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rkliste">
    <w:name w:val="Dark List"/>
    <w:basedOn w:val="Vanligtabel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rklisteuthevingsfarge1">
    <w:name w:val="Dark List Accent 1"/>
    <w:basedOn w:val="Vanligtabel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Mrklisteuthevingsfarge2">
    <w:name w:val="Dark List Accent 2"/>
    <w:basedOn w:val="Vanligtabel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rklisteuthevingsfarge3">
    <w:name w:val="Dark List Accent 3"/>
    <w:basedOn w:val="Vanligtabel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Mrklisteuthevingsfarge4">
    <w:name w:val="Dark List Accent 4"/>
    <w:basedOn w:val="Vanligtabel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Mrklisteuthevingsfarge5">
    <w:name w:val="Dark List Accent 5"/>
    <w:basedOn w:val="Vanligtabel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Mrklisteuthevingsfarge6">
    <w:name w:val="Dark List Accent 6"/>
    <w:basedOn w:val="Vanligtabel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gerikskyggelegging">
    <w:name w:val="Colorful Shading"/>
    <w:basedOn w:val="Vanlig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gerikskyggelegginguthevingsfarge1">
    <w:name w:val="Colorful Shading Accent 1"/>
    <w:basedOn w:val="Vanlig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gerikskyggelegginguthevingsfarge2">
    <w:name w:val="Colorful Shading Accent 2"/>
    <w:basedOn w:val="Vanlig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gerikskyggelegginguthevingsfarge3">
    <w:name w:val="Colorful Shading Accent 3"/>
    <w:basedOn w:val="Vanligtabel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gerikskyggelegginguthevingsfarge4">
    <w:name w:val="Colorful Shading Accent 4"/>
    <w:basedOn w:val="Vanligtabel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gerikskyggelegginguthevingsfarge5">
    <w:name w:val="Colorful Shading Accent 5"/>
    <w:basedOn w:val="Vanligtabel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gerikskyggelegginguthevingsfarge6">
    <w:name w:val="Colorful Shading Accent 6"/>
    <w:basedOn w:val="Vanligtabel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gerikliste">
    <w:name w:val="Colorful List"/>
    <w:basedOn w:val="Vanligtabel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geriklisteuthevingsfarge1">
    <w:name w:val="Colorful List Accent 1"/>
    <w:basedOn w:val="Vanligtabel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geriklisteuthevingsfarge2">
    <w:name w:val="Colorful List Accent 2"/>
    <w:basedOn w:val="Vanligtabel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geriklisteuthevingsfarge3">
    <w:name w:val="Colorful List Accent 3"/>
    <w:basedOn w:val="Vanligtabel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geriklisteuthevingsfarge4">
    <w:name w:val="Colorful List Accent 4"/>
    <w:basedOn w:val="Vanligtabel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geriklisteuthevingsfarge5">
    <w:name w:val="Colorful List Accent 5"/>
    <w:basedOn w:val="Vanligtabel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geriklisteuthevingsfarge6">
    <w:name w:val="Colorful List Accent 6"/>
    <w:basedOn w:val="Vanligtabel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geriktrutenett">
    <w:name w:val="Colorful Grid"/>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geriktrutenettuthevingsfarge1">
    <w:name w:val="Colorful Grid Accent 1"/>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geriktrutenettuthevingsfarge2">
    <w:name w:val="Colorful Grid Accent 2"/>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geriktrutenettuthevingsfarge3">
    <w:name w:val="Colorful Grid Accent 3"/>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geriktrutenettuthevingsfarge4">
    <w:name w:val="Colorful Grid Accent 4"/>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geriktrutenettuthevingsfarge5">
    <w:name w:val="Colorful Grid Accent 5"/>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geriktrutenettuthevingsfarge6">
    <w:name w:val="Colorful Grid Accent 6"/>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119</Words>
  <Characters>681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Ingmar Iversen</cp:lastModifiedBy>
  <cp:revision>2</cp:revision>
  <dcterms:created xsi:type="dcterms:W3CDTF">2025-12-08T10:55:00Z</dcterms:created>
  <dcterms:modified xsi:type="dcterms:W3CDTF">2025-12-08T10:55:00Z</dcterms:modified>
  <cp:category/>
</cp:coreProperties>
</file>