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ED04" w14:textId="77777777" w:rsidR="003646A3" w:rsidRDefault="003646A3">
      <w:pPr>
        <w:rPr>
          <w:color w:val="EE0000"/>
          <w:sz w:val="32"/>
          <w:szCs w:val="32"/>
          <w:lang w:val="nb-NO"/>
        </w:rPr>
      </w:pPr>
    </w:p>
    <w:p w14:paraId="5A9005FC" w14:textId="14B8E183" w:rsidR="00FD0653" w:rsidRDefault="005230F6">
      <w:pPr>
        <w:rPr>
          <w:b/>
          <w:bCs/>
          <w:color w:val="EE0000"/>
          <w:sz w:val="32"/>
          <w:szCs w:val="32"/>
          <w:lang w:val="nb-NO"/>
        </w:rPr>
      </w:pPr>
      <w:r w:rsidRPr="005230F6">
        <w:rPr>
          <w:b/>
          <w:bCs/>
          <w:color w:val="EE0000"/>
          <w:sz w:val="32"/>
          <w:szCs w:val="32"/>
          <w:lang w:val="nb-NO"/>
        </w:rPr>
        <w:t>FILMDANNELSE I DIESELKOMPONENTER</w:t>
      </w:r>
    </w:p>
    <w:p w14:paraId="7089DB0B" w14:textId="77777777" w:rsidR="005230F6" w:rsidRPr="005230F6" w:rsidRDefault="005230F6" w:rsidP="005230F6">
      <w:pPr>
        <w:rPr>
          <w:b/>
          <w:bCs/>
          <w:lang w:val="nb-NO"/>
        </w:rPr>
      </w:pPr>
      <w:r w:rsidRPr="005230F6">
        <w:rPr>
          <w:b/>
          <w:bCs/>
          <w:lang w:val="nb-NO"/>
        </w:rPr>
        <w:t>1. Innledning</w:t>
      </w:r>
    </w:p>
    <w:p w14:paraId="73A515A7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 xml:space="preserve">Dette dokumentet beskriver vanlige typer belegg som kan forekomme i </w:t>
      </w:r>
      <w:proofErr w:type="spellStart"/>
      <w:r w:rsidRPr="005230F6">
        <w:rPr>
          <w:lang w:val="nb-NO"/>
        </w:rPr>
        <w:t>common</w:t>
      </w:r>
      <w:proofErr w:type="spellEnd"/>
      <w:r w:rsidRPr="005230F6">
        <w:rPr>
          <w:lang w:val="nb-NO"/>
        </w:rPr>
        <w:t>-</w:t>
      </w:r>
      <w:proofErr w:type="spellStart"/>
      <w:r w:rsidRPr="005230F6">
        <w:rPr>
          <w:lang w:val="nb-NO"/>
        </w:rPr>
        <w:t>rail</w:t>
      </w:r>
      <w:proofErr w:type="spellEnd"/>
      <w:r w:rsidRPr="005230F6">
        <w:rPr>
          <w:lang w:val="nb-NO"/>
        </w:rPr>
        <w:t xml:space="preserve">-systemer inkludert </w:t>
      </w:r>
      <w:proofErr w:type="spellStart"/>
      <w:r w:rsidRPr="005230F6">
        <w:rPr>
          <w:lang w:val="nb-NO"/>
        </w:rPr>
        <w:t>rail</w:t>
      </w:r>
      <w:proofErr w:type="spellEnd"/>
      <w:r w:rsidRPr="005230F6">
        <w:rPr>
          <w:lang w:val="nb-NO"/>
        </w:rPr>
        <w:t>, høytrykkspumpe, dyser og drivstoffkanaler. Dokumentet forklarer hvordan ulike belegg ser ut, hva som forårsaker dem, og hvordan de kan skilles fra hverandre.</w:t>
      </w:r>
    </w:p>
    <w:p w14:paraId="1F3C8DCC" w14:textId="77777777" w:rsidR="005230F6" w:rsidRPr="005230F6" w:rsidRDefault="005230F6" w:rsidP="005230F6">
      <w:pPr>
        <w:rPr>
          <w:b/>
          <w:bCs/>
          <w:lang w:val="nb-NO"/>
        </w:rPr>
      </w:pPr>
      <w:r w:rsidRPr="005230F6">
        <w:rPr>
          <w:b/>
          <w:bCs/>
          <w:lang w:val="nb-NO"/>
        </w:rPr>
        <w:t xml:space="preserve">2. Diesel </w:t>
      </w:r>
      <w:proofErr w:type="spellStart"/>
      <w:r w:rsidRPr="005230F6">
        <w:rPr>
          <w:b/>
          <w:bCs/>
          <w:lang w:val="nb-NO"/>
        </w:rPr>
        <w:t>Varnish</w:t>
      </w:r>
      <w:proofErr w:type="spellEnd"/>
      <w:r w:rsidRPr="005230F6">
        <w:rPr>
          <w:b/>
          <w:bCs/>
          <w:lang w:val="nb-NO"/>
        </w:rPr>
        <w:t xml:space="preserve"> (Oksidert diesel)</w:t>
      </w:r>
    </w:p>
    <w:p w14:paraId="711894C3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 xml:space="preserve">Diesel </w:t>
      </w:r>
      <w:proofErr w:type="spellStart"/>
      <w:r w:rsidRPr="005230F6">
        <w:rPr>
          <w:lang w:val="nb-NO"/>
        </w:rPr>
        <w:t>varnish</w:t>
      </w:r>
      <w:proofErr w:type="spellEnd"/>
      <w:r w:rsidRPr="005230F6">
        <w:rPr>
          <w:lang w:val="nb-NO"/>
        </w:rPr>
        <w:t xml:space="preserve"> er en svært tynn, brun eller gulbrun film som dannes når diesel oksiderer under varme og trykk. Den legger seg som et </w:t>
      </w:r>
      <w:proofErr w:type="spellStart"/>
      <w:r w:rsidRPr="005230F6">
        <w:rPr>
          <w:lang w:val="nb-NO"/>
        </w:rPr>
        <w:t>lakkaktig</w:t>
      </w:r>
      <w:proofErr w:type="spellEnd"/>
      <w:r w:rsidRPr="005230F6">
        <w:rPr>
          <w:lang w:val="nb-NO"/>
        </w:rPr>
        <w:t xml:space="preserve"> lag på metalloverflater og kan enkelt skrapes av, deretter fremstår metallet blankt. Dette er den vanligste typen belegg i </w:t>
      </w:r>
      <w:proofErr w:type="spellStart"/>
      <w:r w:rsidRPr="005230F6">
        <w:rPr>
          <w:lang w:val="nb-NO"/>
        </w:rPr>
        <w:t>rail</w:t>
      </w:r>
      <w:proofErr w:type="spellEnd"/>
      <w:r w:rsidRPr="005230F6">
        <w:rPr>
          <w:lang w:val="nb-NO"/>
        </w:rPr>
        <w:t xml:space="preserve"> og injektorer.</w:t>
      </w:r>
    </w:p>
    <w:p w14:paraId="570FEBE2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>Kjennetegn:</w:t>
      </w:r>
    </w:p>
    <w:p w14:paraId="18D91E70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>• Brun/gulbrun farge</w:t>
      </w:r>
      <w:r w:rsidRPr="005230F6">
        <w:rPr>
          <w:lang w:val="nb-NO"/>
        </w:rPr>
        <w:br/>
        <w:t>• Tynn og glatt film</w:t>
      </w:r>
      <w:r w:rsidRPr="005230F6">
        <w:rPr>
          <w:lang w:val="nb-NO"/>
        </w:rPr>
        <w:br/>
        <w:t>• Lett å skrape av – metallet blir blankt</w:t>
      </w:r>
      <w:r w:rsidRPr="005230F6">
        <w:rPr>
          <w:lang w:val="nb-NO"/>
        </w:rPr>
        <w:br/>
        <w:t>• Ikke porøst</w:t>
      </w:r>
      <w:r w:rsidRPr="005230F6">
        <w:rPr>
          <w:lang w:val="nb-NO"/>
        </w:rPr>
        <w:br/>
        <w:t>• Jevn fordeling på overflater</w:t>
      </w:r>
    </w:p>
    <w:p w14:paraId="5C71604A" w14:textId="77777777" w:rsidR="005230F6" w:rsidRPr="005230F6" w:rsidRDefault="005230F6" w:rsidP="005230F6">
      <w:pPr>
        <w:rPr>
          <w:b/>
          <w:bCs/>
          <w:lang w:val="nb-NO"/>
        </w:rPr>
      </w:pPr>
      <w:r w:rsidRPr="005230F6">
        <w:rPr>
          <w:b/>
          <w:bCs/>
          <w:lang w:val="nb-NO"/>
        </w:rPr>
        <w:t>3. FAME-Polymerisering (</w:t>
      </w:r>
      <w:proofErr w:type="spellStart"/>
      <w:r w:rsidRPr="005230F6">
        <w:rPr>
          <w:b/>
          <w:bCs/>
          <w:lang w:val="nb-NO"/>
        </w:rPr>
        <w:t>Biodieseldepositter</w:t>
      </w:r>
      <w:proofErr w:type="spellEnd"/>
      <w:r w:rsidRPr="005230F6">
        <w:rPr>
          <w:b/>
          <w:bCs/>
          <w:lang w:val="nb-NO"/>
        </w:rPr>
        <w:t>)</w:t>
      </w:r>
    </w:p>
    <w:p w14:paraId="0487DA2B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>Biodiesel (FAME) oksiderer raskt og kan polymerisere under varme og oksygenpåvirkning. Dette gir et brunt, klebrig eller gummiaktig lag. Det forekommer lettere i systemer som har hatt mye returvarme eller stått lenge ubrukt.</w:t>
      </w:r>
    </w:p>
    <w:p w14:paraId="6AC94A95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>Kjennetegn:</w:t>
      </w:r>
    </w:p>
    <w:p w14:paraId="473F215A" w14:textId="388D08B3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>• Mørk brun film</w:t>
      </w:r>
      <w:r w:rsidRPr="005230F6">
        <w:rPr>
          <w:lang w:val="nb-NO"/>
        </w:rPr>
        <w:br/>
        <w:t>• Kan være seig eller klissete</w:t>
      </w:r>
      <w:r w:rsidRPr="005230F6">
        <w:rPr>
          <w:lang w:val="nb-NO"/>
        </w:rPr>
        <w:br/>
        <w:t xml:space="preserve">• Mer ujevn enn diesel </w:t>
      </w:r>
      <w:proofErr w:type="spellStart"/>
      <w:r w:rsidRPr="005230F6">
        <w:rPr>
          <w:lang w:val="nb-NO"/>
        </w:rPr>
        <w:t>varnish</w:t>
      </w:r>
      <w:proofErr w:type="spellEnd"/>
      <w:r w:rsidRPr="005230F6">
        <w:rPr>
          <w:lang w:val="nb-NO"/>
        </w:rPr>
        <w:br/>
        <w:t>• Stamme fra biodieselens oksidasjon</w:t>
      </w:r>
      <w:r>
        <w:rPr>
          <w:lang w:val="nb-NO"/>
        </w:rPr>
        <w:br/>
      </w:r>
      <w:r>
        <w:rPr>
          <w:lang w:val="nb-NO"/>
        </w:rPr>
        <w:br/>
      </w:r>
      <w:r>
        <w:rPr>
          <w:lang w:val="nb-NO"/>
        </w:rPr>
        <w:br/>
      </w:r>
      <w:r>
        <w:rPr>
          <w:lang w:val="nb-NO"/>
        </w:rPr>
        <w:br/>
      </w:r>
      <w:r>
        <w:rPr>
          <w:lang w:val="nb-NO"/>
        </w:rPr>
        <w:br/>
      </w:r>
      <w:r>
        <w:rPr>
          <w:lang w:val="nb-NO"/>
        </w:rPr>
        <w:br/>
      </w:r>
      <w:r>
        <w:rPr>
          <w:lang w:val="nb-NO"/>
        </w:rPr>
        <w:br/>
      </w:r>
      <w:r>
        <w:rPr>
          <w:lang w:val="nb-NO"/>
        </w:rPr>
        <w:br/>
      </w:r>
      <w:r>
        <w:rPr>
          <w:lang w:val="nb-NO"/>
        </w:rPr>
        <w:lastRenderedPageBreak/>
        <w:br/>
      </w:r>
    </w:p>
    <w:p w14:paraId="5BEF50D6" w14:textId="77777777" w:rsidR="005230F6" w:rsidRPr="005230F6" w:rsidRDefault="005230F6" w:rsidP="005230F6">
      <w:pPr>
        <w:rPr>
          <w:b/>
          <w:bCs/>
          <w:lang w:val="nb-NO"/>
        </w:rPr>
      </w:pPr>
      <w:r w:rsidRPr="005230F6">
        <w:rPr>
          <w:b/>
          <w:bCs/>
          <w:lang w:val="nb-NO"/>
        </w:rPr>
        <w:t>4. Korrosjonsbelegg (Rust og Jernoksider)</w:t>
      </w:r>
    </w:p>
    <w:p w14:paraId="06FD051A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 xml:space="preserve">Vannforurensning i diesel kan gi korrosjon på innsiden av </w:t>
      </w:r>
      <w:proofErr w:type="spellStart"/>
      <w:r w:rsidRPr="005230F6">
        <w:rPr>
          <w:lang w:val="nb-NO"/>
        </w:rPr>
        <w:t>rail</w:t>
      </w:r>
      <w:proofErr w:type="spellEnd"/>
      <w:r w:rsidRPr="005230F6">
        <w:rPr>
          <w:lang w:val="nb-NO"/>
        </w:rPr>
        <w:t xml:space="preserve"> og høytrykkspumpe. Dette skaper en rødbrun eller mørk brun film som kan flasse av. Under dette vil metallet vanligvis være blankt hvis det kun er overflateoksidasjon.</w:t>
      </w:r>
    </w:p>
    <w:p w14:paraId="33B96461" w14:textId="77777777" w:rsidR="005230F6" w:rsidRPr="005230F6" w:rsidRDefault="005230F6" w:rsidP="005230F6">
      <w:proofErr w:type="spellStart"/>
      <w:r w:rsidRPr="005230F6">
        <w:t>Kjennetegn</w:t>
      </w:r>
      <w:proofErr w:type="spellEnd"/>
      <w:r w:rsidRPr="005230F6">
        <w:t>:</w:t>
      </w:r>
    </w:p>
    <w:p w14:paraId="6A4C9DF9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>• Rødbrun eller mørk brun farge</w:t>
      </w:r>
      <w:r w:rsidRPr="005230F6">
        <w:rPr>
          <w:lang w:val="nb-NO"/>
        </w:rPr>
        <w:br/>
        <w:t>• Pulveraktig eller flakete struktur</w:t>
      </w:r>
      <w:r w:rsidRPr="005230F6">
        <w:rPr>
          <w:lang w:val="nb-NO"/>
        </w:rPr>
        <w:br/>
        <w:t>• Ujevn tekstur</w:t>
      </w:r>
      <w:r w:rsidRPr="005230F6">
        <w:rPr>
          <w:lang w:val="nb-NO"/>
        </w:rPr>
        <w:br/>
        <w:t>• Typisk ved vann i drivstoffet</w:t>
      </w:r>
    </w:p>
    <w:p w14:paraId="18555744" w14:textId="77777777" w:rsidR="005230F6" w:rsidRPr="005230F6" w:rsidRDefault="005230F6" w:rsidP="005230F6">
      <w:pPr>
        <w:rPr>
          <w:b/>
          <w:bCs/>
          <w:lang w:val="nb-NO"/>
        </w:rPr>
      </w:pPr>
      <w:r w:rsidRPr="005230F6">
        <w:rPr>
          <w:b/>
          <w:bCs/>
          <w:lang w:val="nb-NO"/>
        </w:rPr>
        <w:t>5. Polymeriserte bensinrester</w:t>
      </w:r>
    </w:p>
    <w:p w14:paraId="1D017E35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 xml:space="preserve">Bensin inneholder olefiner som kan polymerisere under varme og trykk i </w:t>
      </w:r>
      <w:proofErr w:type="spellStart"/>
      <w:r w:rsidRPr="005230F6">
        <w:rPr>
          <w:lang w:val="nb-NO"/>
        </w:rPr>
        <w:t>common</w:t>
      </w:r>
      <w:proofErr w:type="spellEnd"/>
      <w:r w:rsidRPr="005230F6">
        <w:rPr>
          <w:lang w:val="nb-NO"/>
        </w:rPr>
        <w:t>-</w:t>
      </w:r>
      <w:proofErr w:type="spellStart"/>
      <w:r w:rsidRPr="005230F6">
        <w:rPr>
          <w:lang w:val="nb-NO"/>
        </w:rPr>
        <w:t>rail</w:t>
      </w:r>
      <w:proofErr w:type="spellEnd"/>
      <w:r w:rsidRPr="005230F6">
        <w:rPr>
          <w:lang w:val="nb-NO"/>
        </w:rPr>
        <w:t xml:space="preserve">-systemer. Dette gir et mørkt, </w:t>
      </w:r>
      <w:proofErr w:type="spellStart"/>
      <w:r w:rsidRPr="005230F6">
        <w:rPr>
          <w:lang w:val="nb-NO"/>
        </w:rPr>
        <w:t>lakkaktig</w:t>
      </w:r>
      <w:proofErr w:type="spellEnd"/>
      <w:r w:rsidRPr="005230F6">
        <w:rPr>
          <w:lang w:val="nb-NO"/>
        </w:rPr>
        <w:t xml:space="preserve"> belegg, ofte tykkere enn diesel </w:t>
      </w:r>
      <w:proofErr w:type="spellStart"/>
      <w:r w:rsidRPr="005230F6">
        <w:rPr>
          <w:lang w:val="nb-NO"/>
        </w:rPr>
        <w:t>varnish</w:t>
      </w:r>
      <w:proofErr w:type="spellEnd"/>
      <w:r w:rsidRPr="005230F6">
        <w:rPr>
          <w:lang w:val="nb-NO"/>
        </w:rPr>
        <w:t>. Oppstår særlig ved utilsiktet bensinblanding i diesel.</w:t>
      </w:r>
    </w:p>
    <w:p w14:paraId="5D537B10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>Kjennetegn:</w:t>
      </w:r>
    </w:p>
    <w:p w14:paraId="66A4FD69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>• Mørk brun til svart</w:t>
      </w:r>
      <w:r w:rsidRPr="005230F6">
        <w:rPr>
          <w:lang w:val="nb-NO"/>
        </w:rPr>
        <w:br/>
        <w:t xml:space="preserve">• Hardere og tykkere enn diesel </w:t>
      </w:r>
      <w:proofErr w:type="spellStart"/>
      <w:r w:rsidRPr="005230F6">
        <w:rPr>
          <w:lang w:val="nb-NO"/>
        </w:rPr>
        <w:t>varnish</w:t>
      </w:r>
      <w:proofErr w:type="spellEnd"/>
      <w:r w:rsidRPr="005230F6">
        <w:rPr>
          <w:lang w:val="nb-NO"/>
        </w:rPr>
        <w:br/>
        <w:t>• Mer krevende å fjerne</w:t>
      </w:r>
      <w:r w:rsidRPr="005230F6">
        <w:rPr>
          <w:lang w:val="nb-NO"/>
        </w:rPr>
        <w:br/>
        <w:t>• Typisk funnet ved bensininnblanding</w:t>
      </w:r>
    </w:p>
    <w:p w14:paraId="629A94DC" w14:textId="77777777" w:rsidR="005230F6" w:rsidRPr="005230F6" w:rsidRDefault="005230F6" w:rsidP="005230F6">
      <w:pPr>
        <w:rPr>
          <w:b/>
          <w:bCs/>
          <w:lang w:val="nb-NO"/>
        </w:rPr>
      </w:pPr>
      <w:r w:rsidRPr="005230F6">
        <w:rPr>
          <w:b/>
          <w:bCs/>
          <w:lang w:val="nb-NO"/>
        </w:rPr>
        <w:t xml:space="preserve">6. Partikkelbasert belegg (metallspon, </w:t>
      </w:r>
      <w:proofErr w:type="gramStart"/>
      <w:r w:rsidRPr="005230F6">
        <w:rPr>
          <w:b/>
          <w:bCs/>
          <w:lang w:val="nb-NO"/>
        </w:rPr>
        <w:t>sot,</w:t>
      </w:r>
      <w:proofErr w:type="gramEnd"/>
      <w:r w:rsidRPr="005230F6">
        <w:rPr>
          <w:b/>
          <w:bCs/>
          <w:lang w:val="nb-NO"/>
        </w:rPr>
        <w:t xml:space="preserve"> additivrester)</w:t>
      </w:r>
    </w:p>
    <w:p w14:paraId="5F4DB574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>Dette beleggtypen består av mikroskopiske partikler som legger seg på overflater. Det kan komme fra pumpehavari, dårlig filtrering, slitasje eller sotpartikler som fester seg ved turbulent strømning.</w:t>
      </w:r>
    </w:p>
    <w:p w14:paraId="433714CF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>Kjennetegn:</w:t>
      </w:r>
    </w:p>
    <w:p w14:paraId="332611BB" w14:textId="39A7FB66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>• Mørk grå eller svart farge</w:t>
      </w:r>
      <w:r w:rsidRPr="005230F6">
        <w:rPr>
          <w:lang w:val="nb-NO"/>
        </w:rPr>
        <w:br/>
        <w:t>• Kornete eller sandete overflate</w:t>
      </w:r>
      <w:r w:rsidRPr="005230F6">
        <w:rPr>
          <w:lang w:val="nb-NO"/>
        </w:rPr>
        <w:br/>
        <w:t>• Magnetisk hvis jernholdig</w:t>
      </w:r>
      <w:r w:rsidRPr="005230F6">
        <w:rPr>
          <w:lang w:val="nb-NO"/>
        </w:rPr>
        <w:br/>
        <w:t>• Kan tette dysehull over tid</w:t>
      </w:r>
      <w:r>
        <w:rPr>
          <w:lang w:val="nb-NO"/>
        </w:rPr>
        <w:br/>
      </w:r>
      <w:r>
        <w:rPr>
          <w:lang w:val="nb-NO"/>
        </w:rPr>
        <w:br/>
      </w:r>
      <w:r>
        <w:rPr>
          <w:lang w:val="nb-NO"/>
        </w:rPr>
        <w:br/>
      </w:r>
      <w:r>
        <w:rPr>
          <w:lang w:val="nb-NO"/>
        </w:rPr>
        <w:br/>
      </w:r>
      <w:r>
        <w:rPr>
          <w:lang w:val="nb-NO"/>
        </w:rPr>
        <w:br/>
      </w:r>
      <w:r>
        <w:rPr>
          <w:lang w:val="nb-NO"/>
        </w:rPr>
        <w:br/>
      </w:r>
      <w:r>
        <w:rPr>
          <w:lang w:val="nb-NO"/>
        </w:rPr>
        <w:lastRenderedPageBreak/>
        <w:br/>
      </w:r>
    </w:p>
    <w:p w14:paraId="5683062E" w14:textId="77777777" w:rsidR="005230F6" w:rsidRPr="005230F6" w:rsidRDefault="005230F6" w:rsidP="005230F6">
      <w:pPr>
        <w:rPr>
          <w:b/>
          <w:bCs/>
          <w:lang w:val="nb-NO"/>
        </w:rPr>
      </w:pPr>
      <w:r w:rsidRPr="005230F6">
        <w:rPr>
          <w:b/>
          <w:bCs/>
          <w:lang w:val="nb-NO"/>
        </w:rPr>
        <w:t>7. Sammenligning av belegg</w:t>
      </w:r>
    </w:p>
    <w:p w14:paraId="7B90E4FB" w14:textId="77777777" w:rsidR="005230F6" w:rsidRPr="005230F6" w:rsidRDefault="005230F6" w:rsidP="005230F6">
      <w:pPr>
        <w:rPr>
          <w:lang w:val="nb-NO"/>
        </w:rPr>
      </w:pPr>
      <w:r w:rsidRPr="005230F6">
        <w:rPr>
          <w:lang w:val="nb-NO"/>
        </w:rPr>
        <w:t>Tabellen under gir en rask sammenligning av de vanligste beleggtypene: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876"/>
        <w:gridCol w:w="2876"/>
        <w:gridCol w:w="2878"/>
      </w:tblGrid>
      <w:tr w:rsidR="005230F6" w:rsidRPr="005230F6" w14:paraId="31C3A5F0" w14:textId="77777777" w:rsidTr="005230F6">
        <w:tc>
          <w:tcPr>
            <w:tcW w:w="2880" w:type="dxa"/>
            <w:hideMark/>
          </w:tcPr>
          <w:p w14:paraId="00AD5BF6" w14:textId="77777777" w:rsidR="005230F6" w:rsidRPr="005230F6" w:rsidRDefault="005230F6" w:rsidP="005230F6">
            <w:pPr>
              <w:rPr>
                <w:b/>
                <w:bCs/>
              </w:rPr>
            </w:pPr>
            <w:proofErr w:type="spellStart"/>
            <w:r w:rsidRPr="005230F6">
              <w:rPr>
                <w:b/>
                <w:bCs/>
              </w:rPr>
              <w:t>Beleggtype</w:t>
            </w:r>
            <w:proofErr w:type="spellEnd"/>
          </w:p>
        </w:tc>
        <w:tc>
          <w:tcPr>
            <w:tcW w:w="2880" w:type="dxa"/>
            <w:hideMark/>
          </w:tcPr>
          <w:p w14:paraId="15AD99B4" w14:textId="77777777" w:rsidR="005230F6" w:rsidRPr="005230F6" w:rsidRDefault="005230F6" w:rsidP="005230F6">
            <w:pPr>
              <w:rPr>
                <w:b/>
                <w:bCs/>
              </w:rPr>
            </w:pPr>
            <w:proofErr w:type="spellStart"/>
            <w:r w:rsidRPr="005230F6">
              <w:rPr>
                <w:b/>
                <w:bCs/>
              </w:rPr>
              <w:t>Kjennetegn</w:t>
            </w:r>
            <w:proofErr w:type="spellEnd"/>
          </w:p>
        </w:tc>
        <w:tc>
          <w:tcPr>
            <w:tcW w:w="2880" w:type="dxa"/>
            <w:hideMark/>
          </w:tcPr>
          <w:p w14:paraId="3FEE3DBF" w14:textId="77777777" w:rsidR="005230F6" w:rsidRPr="005230F6" w:rsidRDefault="005230F6" w:rsidP="005230F6">
            <w:pPr>
              <w:rPr>
                <w:b/>
                <w:bCs/>
              </w:rPr>
            </w:pPr>
            <w:proofErr w:type="spellStart"/>
            <w:r w:rsidRPr="005230F6">
              <w:rPr>
                <w:b/>
                <w:bCs/>
              </w:rPr>
              <w:t>Hovedårsak</w:t>
            </w:r>
            <w:proofErr w:type="spellEnd"/>
          </w:p>
        </w:tc>
      </w:tr>
      <w:tr w:rsidR="005230F6" w:rsidRPr="005230F6" w14:paraId="5550E2EA" w14:textId="77777777" w:rsidTr="005230F6">
        <w:tc>
          <w:tcPr>
            <w:tcW w:w="2880" w:type="dxa"/>
            <w:hideMark/>
          </w:tcPr>
          <w:p w14:paraId="39C1A661" w14:textId="77777777" w:rsidR="005230F6" w:rsidRPr="005230F6" w:rsidRDefault="005230F6" w:rsidP="005230F6">
            <w:r w:rsidRPr="005230F6">
              <w:t>Diesel varnish</w:t>
            </w:r>
          </w:p>
        </w:tc>
        <w:tc>
          <w:tcPr>
            <w:tcW w:w="2880" w:type="dxa"/>
            <w:hideMark/>
          </w:tcPr>
          <w:p w14:paraId="5518A7EF" w14:textId="77777777" w:rsidR="005230F6" w:rsidRPr="005230F6" w:rsidRDefault="005230F6" w:rsidP="005230F6">
            <w:pPr>
              <w:rPr>
                <w:lang w:val="nb-NO"/>
              </w:rPr>
            </w:pPr>
            <w:r w:rsidRPr="005230F6">
              <w:rPr>
                <w:lang w:val="nb-NO"/>
              </w:rPr>
              <w:t>Tynn brun film, glatt, lett å skrape av</w:t>
            </w:r>
          </w:p>
        </w:tc>
        <w:tc>
          <w:tcPr>
            <w:tcW w:w="2880" w:type="dxa"/>
            <w:hideMark/>
          </w:tcPr>
          <w:p w14:paraId="2DEF6DB7" w14:textId="77777777" w:rsidR="005230F6" w:rsidRPr="005230F6" w:rsidRDefault="005230F6" w:rsidP="005230F6">
            <w:proofErr w:type="spellStart"/>
            <w:r w:rsidRPr="005230F6">
              <w:t>Oksidert</w:t>
            </w:r>
            <w:proofErr w:type="spellEnd"/>
            <w:r w:rsidRPr="005230F6">
              <w:t xml:space="preserve"> diesel</w:t>
            </w:r>
          </w:p>
        </w:tc>
      </w:tr>
      <w:tr w:rsidR="005230F6" w:rsidRPr="005230F6" w14:paraId="529D005B" w14:textId="77777777" w:rsidTr="005230F6">
        <w:tc>
          <w:tcPr>
            <w:tcW w:w="2880" w:type="dxa"/>
            <w:hideMark/>
          </w:tcPr>
          <w:p w14:paraId="1B1E1841" w14:textId="77777777" w:rsidR="005230F6" w:rsidRPr="005230F6" w:rsidRDefault="005230F6" w:rsidP="005230F6">
            <w:r w:rsidRPr="005230F6">
              <w:t>FAME-</w:t>
            </w:r>
            <w:proofErr w:type="spellStart"/>
            <w:r w:rsidRPr="005230F6">
              <w:t>polymerer</w:t>
            </w:r>
            <w:proofErr w:type="spellEnd"/>
          </w:p>
        </w:tc>
        <w:tc>
          <w:tcPr>
            <w:tcW w:w="2880" w:type="dxa"/>
            <w:hideMark/>
          </w:tcPr>
          <w:p w14:paraId="6C954902" w14:textId="77777777" w:rsidR="005230F6" w:rsidRPr="005230F6" w:rsidRDefault="005230F6" w:rsidP="005230F6">
            <w:r w:rsidRPr="005230F6">
              <w:t xml:space="preserve">Mørk </w:t>
            </w:r>
            <w:proofErr w:type="spellStart"/>
            <w:r w:rsidRPr="005230F6">
              <w:t>brun</w:t>
            </w:r>
            <w:proofErr w:type="spellEnd"/>
            <w:r w:rsidRPr="005230F6">
              <w:t xml:space="preserve">, </w:t>
            </w:r>
            <w:proofErr w:type="spellStart"/>
            <w:r w:rsidRPr="005230F6">
              <w:t>seig</w:t>
            </w:r>
            <w:proofErr w:type="spellEnd"/>
            <w:r w:rsidRPr="005230F6">
              <w:t xml:space="preserve">, </w:t>
            </w:r>
            <w:proofErr w:type="spellStart"/>
            <w:r w:rsidRPr="005230F6">
              <w:t>ujevn</w:t>
            </w:r>
            <w:proofErr w:type="spellEnd"/>
          </w:p>
        </w:tc>
        <w:tc>
          <w:tcPr>
            <w:tcW w:w="2880" w:type="dxa"/>
            <w:hideMark/>
          </w:tcPr>
          <w:p w14:paraId="361EB1EF" w14:textId="77777777" w:rsidR="005230F6" w:rsidRPr="005230F6" w:rsidRDefault="005230F6" w:rsidP="005230F6">
            <w:proofErr w:type="spellStart"/>
            <w:r w:rsidRPr="005230F6">
              <w:t>Biodieseloksidasjon</w:t>
            </w:r>
            <w:proofErr w:type="spellEnd"/>
          </w:p>
        </w:tc>
      </w:tr>
      <w:tr w:rsidR="005230F6" w:rsidRPr="005230F6" w14:paraId="75445D28" w14:textId="77777777" w:rsidTr="005230F6">
        <w:tc>
          <w:tcPr>
            <w:tcW w:w="2880" w:type="dxa"/>
            <w:hideMark/>
          </w:tcPr>
          <w:p w14:paraId="6C23776D" w14:textId="77777777" w:rsidR="005230F6" w:rsidRPr="005230F6" w:rsidRDefault="005230F6" w:rsidP="005230F6">
            <w:r w:rsidRPr="005230F6">
              <w:t>Rust/</w:t>
            </w:r>
            <w:proofErr w:type="spellStart"/>
            <w:r w:rsidRPr="005230F6">
              <w:t>oksider</w:t>
            </w:r>
            <w:proofErr w:type="spellEnd"/>
          </w:p>
        </w:tc>
        <w:tc>
          <w:tcPr>
            <w:tcW w:w="2880" w:type="dxa"/>
            <w:hideMark/>
          </w:tcPr>
          <w:p w14:paraId="27A97EAB" w14:textId="77777777" w:rsidR="005230F6" w:rsidRPr="005230F6" w:rsidRDefault="005230F6" w:rsidP="005230F6">
            <w:proofErr w:type="spellStart"/>
            <w:r w:rsidRPr="005230F6">
              <w:t>Rødbrun</w:t>
            </w:r>
            <w:proofErr w:type="spellEnd"/>
            <w:r w:rsidRPr="005230F6">
              <w:t xml:space="preserve">, </w:t>
            </w:r>
            <w:proofErr w:type="spellStart"/>
            <w:r w:rsidRPr="005230F6">
              <w:t>flakete</w:t>
            </w:r>
            <w:proofErr w:type="spellEnd"/>
            <w:r w:rsidRPr="005230F6">
              <w:t xml:space="preserve">, </w:t>
            </w:r>
            <w:proofErr w:type="spellStart"/>
            <w:r w:rsidRPr="005230F6">
              <w:t>pulveraktig</w:t>
            </w:r>
            <w:proofErr w:type="spellEnd"/>
          </w:p>
        </w:tc>
        <w:tc>
          <w:tcPr>
            <w:tcW w:w="2880" w:type="dxa"/>
            <w:hideMark/>
          </w:tcPr>
          <w:p w14:paraId="2C6D3985" w14:textId="77777777" w:rsidR="005230F6" w:rsidRPr="005230F6" w:rsidRDefault="005230F6" w:rsidP="005230F6">
            <w:r w:rsidRPr="005230F6">
              <w:t xml:space="preserve">Vann </w:t>
            </w:r>
            <w:proofErr w:type="spellStart"/>
            <w:r w:rsidRPr="005230F6">
              <w:t>og</w:t>
            </w:r>
            <w:proofErr w:type="spellEnd"/>
            <w:r w:rsidRPr="005230F6">
              <w:t xml:space="preserve"> </w:t>
            </w:r>
            <w:proofErr w:type="spellStart"/>
            <w:r w:rsidRPr="005230F6">
              <w:t>korrosjon</w:t>
            </w:r>
            <w:proofErr w:type="spellEnd"/>
          </w:p>
        </w:tc>
      </w:tr>
      <w:tr w:rsidR="005230F6" w:rsidRPr="005230F6" w14:paraId="4498C3AF" w14:textId="77777777" w:rsidTr="005230F6">
        <w:tc>
          <w:tcPr>
            <w:tcW w:w="2880" w:type="dxa"/>
            <w:hideMark/>
          </w:tcPr>
          <w:p w14:paraId="5AB6D06D" w14:textId="77777777" w:rsidR="005230F6" w:rsidRPr="005230F6" w:rsidRDefault="005230F6" w:rsidP="005230F6">
            <w:proofErr w:type="spellStart"/>
            <w:r w:rsidRPr="005230F6">
              <w:t>Polymerisert</w:t>
            </w:r>
            <w:proofErr w:type="spellEnd"/>
            <w:r w:rsidRPr="005230F6">
              <w:t xml:space="preserve"> </w:t>
            </w:r>
            <w:proofErr w:type="spellStart"/>
            <w:r w:rsidRPr="005230F6">
              <w:t>bensin</w:t>
            </w:r>
            <w:proofErr w:type="spellEnd"/>
          </w:p>
        </w:tc>
        <w:tc>
          <w:tcPr>
            <w:tcW w:w="2880" w:type="dxa"/>
            <w:hideMark/>
          </w:tcPr>
          <w:p w14:paraId="3266BA0B" w14:textId="77777777" w:rsidR="005230F6" w:rsidRPr="005230F6" w:rsidRDefault="005230F6" w:rsidP="005230F6">
            <w:r w:rsidRPr="005230F6">
              <w:t xml:space="preserve">Mørk, </w:t>
            </w:r>
            <w:proofErr w:type="spellStart"/>
            <w:r w:rsidRPr="005230F6">
              <w:t>lakkaktig</w:t>
            </w:r>
            <w:proofErr w:type="spellEnd"/>
            <w:r w:rsidRPr="005230F6">
              <w:t xml:space="preserve">, </w:t>
            </w:r>
            <w:proofErr w:type="spellStart"/>
            <w:r w:rsidRPr="005230F6">
              <w:t>tykk</w:t>
            </w:r>
            <w:proofErr w:type="spellEnd"/>
          </w:p>
        </w:tc>
        <w:tc>
          <w:tcPr>
            <w:tcW w:w="2880" w:type="dxa"/>
            <w:hideMark/>
          </w:tcPr>
          <w:p w14:paraId="29FC06AC" w14:textId="77777777" w:rsidR="005230F6" w:rsidRPr="005230F6" w:rsidRDefault="005230F6" w:rsidP="005230F6">
            <w:proofErr w:type="gramStart"/>
            <w:r w:rsidRPr="005230F6">
              <w:t xml:space="preserve">Bensin </w:t>
            </w:r>
            <w:proofErr w:type="spellStart"/>
            <w:r w:rsidRPr="005230F6">
              <w:t>i</w:t>
            </w:r>
            <w:proofErr w:type="spellEnd"/>
            <w:proofErr w:type="gramEnd"/>
            <w:r w:rsidRPr="005230F6">
              <w:t xml:space="preserve"> diesel</w:t>
            </w:r>
          </w:p>
        </w:tc>
      </w:tr>
      <w:tr w:rsidR="005230F6" w:rsidRPr="005230F6" w14:paraId="2AC0AF10" w14:textId="77777777" w:rsidTr="005230F6">
        <w:tc>
          <w:tcPr>
            <w:tcW w:w="2880" w:type="dxa"/>
            <w:hideMark/>
          </w:tcPr>
          <w:p w14:paraId="3397EA31" w14:textId="77777777" w:rsidR="005230F6" w:rsidRPr="005230F6" w:rsidRDefault="005230F6" w:rsidP="005230F6">
            <w:proofErr w:type="spellStart"/>
            <w:r w:rsidRPr="005230F6">
              <w:t>Partikkelbelegg</w:t>
            </w:r>
            <w:proofErr w:type="spellEnd"/>
          </w:p>
        </w:tc>
        <w:tc>
          <w:tcPr>
            <w:tcW w:w="2880" w:type="dxa"/>
            <w:hideMark/>
          </w:tcPr>
          <w:p w14:paraId="66001691" w14:textId="77777777" w:rsidR="005230F6" w:rsidRPr="005230F6" w:rsidRDefault="005230F6" w:rsidP="005230F6">
            <w:proofErr w:type="spellStart"/>
            <w:r w:rsidRPr="005230F6">
              <w:t>Kornete</w:t>
            </w:r>
            <w:proofErr w:type="spellEnd"/>
            <w:r w:rsidRPr="005230F6">
              <w:t xml:space="preserve">, </w:t>
            </w:r>
            <w:proofErr w:type="spellStart"/>
            <w:r w:rsidRPr="005230F6">
              <w:t>svart</w:t>
            </w:r>
            <w:proofErr w:type="spellEnd"/>
            <w:r w:rsidRPr="005230F6">
              <w:t xml:space="preserve">, </w:t>
            </w:r>
            <w:proofErr w:type="spellStart"/>
            <w:r w:rsidRPr="005230F6">
              <w:t>ofte</w:t>
            </w:r>
            <w:proofErr w:type="spellEnd"/>
            <w:r w:rsidRPr="005230F6">
              <w:t xml:space="preserve"> </w:t>
            </w:r>
            <w:proofErr w:type="spellStart"/>
            <w:r w:rsidRPr="005230F6">
              <w:t>magnetisk</w:t>
            </w:r>
            <w:proofErr w:type="spellEnd"/>
          </w:p>
        </w:tc>
        <w:tc>
          <w:tcPr>
            <w:tcW w:w="2880" w:type="dxa"/>
            <w:hideMark/>
          </w:tcPr>
          <w:p w14:paraId="2C6E9E6E" w14:textId="77777777" w:rsidR="005230F6" w:rsidRPr="005230F6" w:rsidRDefault="005230F6" w:rsidP="005230F6">
            <w:proofErr w:type="spellStart"/>
            <w:r w:rsidRPr="005230F6">
              <w:t>Metallspon</w:t>
            </w:r>
            <w:proofErr w:type="spellEnd"/>
            <w:r w:rsidRPr="005230F6">
              <w:t xml:space="preserve">, sot, </w:t>
            </w:r>
            <w:proofErr w:type="spellStart"/>
            <w:r w:rsidRPr="005230F6">
              <w:t>slitasje</w:t>
            </w:r>
            <w:proofErr w:type="spellEnd"/>
          </w:p>
        </w:tc>
      </w:tr>
    </w:tbl>
    <w:p w14:paraId="3D08CF21" w14:textId="77777777" w:rsidR="005230F6" w:rsidRPr="005230F6" w:rsidRDefault="005230F6" w:rsidP="005230F6"/>
    <w:p w14:paraId="64C32712" w14:textId="77777777" w:rsidR="005230F6" w:rsidRPr="005230F6" w:rsidRDefault="005230F6">
      <w:pPr>
        <w:rPr>
          <w:lang w:val="nb-NO"/>
        </w:rPr>
      </w:pPr>
    </w:p>
    <w:sectPr w:rsidR="005230F6" w:rsidRPr="005230F6" w:rsidSect="003646A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1FCA0A" w14:textId="77777777" w:rsidR="009E6BEA" w:rsidRDefault="009E6BEA" w:rsidP="003646A3">
      <w:pPr>
        <w:spacing w:after="0" w:line="240" w:lineRule="auto"/>
      </w:pPr>
      <w:r>
        <w:separator/>
      </w:r>
    </w:p>
  </w:endnote>
  <w:endnote w:type="continuationSeparator" w:id="0">
    <w:p w14:paraId="29C792E9" w14:textId="77777777" w:rsidR="009E6BEA" w:rsidRDefault="009E6BEA" w:rsidP="00364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313D0" w14:textId="77777777" w:rsidR="003646A3" w:rsidRDefault="003646A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2006D" w14:textId="73414C87" w:rsidR="003646A3" w:rsidRPr="003646A3" w:rsidRDefault="003646A3">
    <w:pPr>
      <w:pStyle w:val="Bunntekst"/>
      <w:rPr>
        <w:lang w:val="nb-NO"/>
      </w:rPr>
    </w:pPr>
    <w:r w:rsidRPr="003646A3">
      <w:rPr>
        <w:lang w:val="nb-NO"/>
      </w:rPr>
      <w:t>NOBRACONSULT    -     TUNGAVEGEN 36     -      7047 TRONDHEIM</w:t>
    </w:r>
    <w:r w:rsidRPr="003646A3">
      <w:rPr>
        <w:lang w:val="nb-NO"/>
      </w:rPr>
      <w:br/>
    </w:r>
    <w:r w:rsidRPr="003646A3">
      <w:rPr>
        <w:lang w:val="nb-NO"/>
      </w:rPr>
      <w:br/>
      <w:t>TLF: 4799 0888       -     WWW.</w:t>
    </w:r>
    <w:r>
      <w:rPr>
        <w:lang w:val="nb-NO"/>
      </w:rPr>
      <w:t>NOBRACOSNULT.NO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89ECC" w14:textId="77777777" w:rsidR="003646A3" w:rsidRDefault="003646A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8989E" w14:textId="77777777" w:rsidR="009E6BEA" w:rsidRDefault="009E6BEA" w:rsidP="003646A3">
      <w:pPr>
        <w:spacing w:after="0" w:line="240" w:lineRule="auto"/>
      </w:pPr>
      <w:r>
        <w:separator/>
      </w:r>
    </w:p>
  </w:footnote>
  <w:footnote w:type="continuationSeparator" w:id="0">
    <w:p w14:paraId="6CD23DEE" w14:textId="77777777" w:rsidR="009E6BEA" w:rsidRDefault="009E6BEA" w:rsidP="00364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7020C" w14:textId="77777777" w:rsidR="003646A3" w:rsidRDefault="003646A3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63919" w14:textId="72FAC60F" w:rsidR="003646A3" w:rsidRPr="003646A3" w:rsidRDefault="003646A3" w:rsidP="003646A3">
    <w:pPr>
      <w:pStyle w:val="Topptekst"/>
      <w:tabs>
        <w:tab w:val="clear" w:pos="4680"/>
        <w:tab w:val="clear" w:pos="9360"/>
        <w:tab w:val="center" w:pos="4320"/>
      </w:tabs>
      <w:rPr>
        <w:sz w:val="36"/>
        <w:szCs w:val="36"/>
      </w:rPr>
    </w:pPr>
    <w:r>
      <w:rPr>
        <w:noProof/>
      </w:rPr>
      <w:drawing>
        <wp:inline distT="0" distB="0" distL="0" distR="0" wp14:anchorId="191B6588" wp14:editId="7ECAF6EE">
          <wp:extent cx="1630779" cy="666750"/>
          <wp:effectExtent l="0" t="0" r="7620" b="0"/>
          <wp:docPr id="531971113" name="Bilde 1" descr="Nobraconsu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braconsul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379" cy="69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sz w:val="36"/>
        <w:szCs w:val="36"/>
      </w:rPr>
      <w:t>BULLETIN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A3629" w14:textId="77777777" w:rsidR="003646A3" w:rsidRDefault="003646A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53826477">
    <w:abstractNumId w:val="8"/>
  </w:num>
  <w:num w:numId="2" w16cid:durableId="1165630239">
    <w:abstractNumId w:val="6"/>
  </w:num>
  <w:num w:numId="3" w16cid:durableId="876507518">
    <w:abstractNumId w:val="5"/>
  </w:num>
  <w:num w:numId="4" w16cid:durableId="2036804658">
    <w:abstractNumId w:val="4"/>
  </w:num>
  <w:num w:numId="5" w16cid:durableId="750391227">
    <w:abstractNumId w:val="7"/>
  </w:num>
  <w:num w:numId="6" w16cid:durableId="1232273908">
    <w:abstractNumId w:val="3"/>
  </w:num>
  <w:num w:numId="7" w16cid:durableId="1218861439">
    <w:abstractNumId w:val="2"/>
  </w:num>
  <w:num w:numId="8" w16cid:durableId="1913856197">
    <w:abstractNumId w:val="1"/>
  </w:num>
  <w:num w:numId="9" w16cid:durableId="1428963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72066"/>
    <w:rsid w:val="0029639D"/>
    <w:rsid w:val="00326F90"/>
    <w:rsid w:val="003646A3"/>
    <w:rsid w:val="005230F6"/>
    <w:rsid w:val="006B5CEC"/>
    <w:rsid w:val="009E6BEA"/>
    <w:rsid w:val="00AA1D8D"/>
    <w:rsid w:val="00B47730"/>
    <w:rsid w:val="00BB088B"/>
    <w:rsid w:val="00CB0664"/>
    <w:rsid w:val="00FC693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CF2174"/>
  <w14:defaultImageDpi w14:val="300"/>
  <w15:docId w15:val="{6567A218-8251-4D2E-A9F2-2CB9032A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Ingmar Iversen</cp:lastModifiedBy>
  <cp:revision>2</cp:revision>
  <dcterms:created xsi:type="dcterms:W3CDTF">2025-12-09T07:50:00Z</dcterms:created>
  <dcterms:modified xsi:type="dcterms:W3CDTF">2025-12-09T07:50:00Z</dcterms:modified>
  <cp:category/>
</cp:coreProperties>
</file>