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7EED04" w14:textId="77777777" w:rsidR="003646A3" w:rsidRDefault="003646A3">
      <w:pPr>
        <w:rPr>
          <w:color w:val="EE0000"/>
          <w:sz w:val="32"/>
          <w:szCs w:val="32"/>
          <w:lang w:val="nb-NO"/>
        </w:rPr>
      </w:pPr>
    </w:p>
    <w:p w14:paraId="140A9784" w14:textId="2B9A47FA" w:rsidR="003646A3" w:rsidRPr="004335B5" w:rsidRDefault="004767BB">
      <w:pPr>
        <w:rPr>
          <w:b/>
          <w:bCs/>
          <w:color w:val="EE0000"/>
          <w:sz w:val="32"/>
          <w:szCs w:val="32"/>
          <w:lang w:val="nb-NO"/>
        </w:rPr>
      </w:pPr>
      <w:r>
        <w:rPr>
          <w:b/>
          <w:bCs/>
          <w:color w:val="EE0000"/>
          <w:sz w:val="32"/>
          <w:szCs w:val="32"/>
          <w:lang w:val="nb-NO"/>
        </w:rPr>
        <w:t>MARINE-DIESEL MISTER TURTALL</w:t>
      </w:r>
    </w:p>
    <w:p w14:paraId="03F341BC" w14:textId="065FAA66" w:rsidR="004767BB" w:rsidRPr="004767BB" w:rsidRDefault="004767BB" w:rsidP="004767BB">
      <w:pPr>
        <w:rPr>
          <w:b/>
          <w:bCs/>
          <w:sz w:val="24"/>
          <w:szCs w:val="24"/>
          <w:lang w:val="nb-NO"/>
        </w:rPr>
      </w:pPr>
      <w:r w:rsidRPr="004767BB">
        <w:rPr>
          <w:b/>
          <w:bCs/>
          <w:sz w:val="24"/>
          <w:szCs w:val="24"/>
          <w:lang w:val="nb-NO"/>
        </w:rPr>
        <w:t>Common rail marine</w:t>
      </w:r>
    </w:p>
    <w:p w14:paraId="262D8564" w14:textId="64D688B0" w:rsidR="004767BB" w:rsidRPr="004767BB" w:rsidRDefault="004767BB" w:rsidP="004767BB">
      <w:pPr>
        <w:rPr>
          <w:b/>
          <w:bCs/>
          <w:sz w:val="24"/>
          <w:szCs w:val="24"/>
          <w:lang w:val="nb-NO"/>
        </w:rPr>
      </w:pPr>
      <w:r w:rsidRPr="004767BB">
        <w:rPr>
          <w:b/>
          <w:bCs/>
          <w:sz w:val="24"/>
          <w:szCs w:val="24"/>
          <w:lang w:val="nb-NO"/>
        </w:rPr>
        <w:t>Marinemotorer og motorer som i lengre perioder går på 100% last merker ofte injektor</w:t>
      </w:r>
      <w:r w:rsidRPr="004767BB">
        <w:rPr>
          <w:b/>
          <w:bCs/>
          <w:sz w:val="24"/>
          <w:szCs w:val="24"/>
          <w:lang w:val="nb-NO"/>
        </w:rPr>
        <w:t>slitasje</w:t>
      </w:r>
      <w:r w:rsidRPr="004767BB">
        <w:rPr>
          <w:b/>
          <w:bCs/>
          <w:sz w:val="24"/>
          <w:szCs w:val="24"/>
          <w:lang w:val="nb-NO"/>
        </w:rPr>
        <w:t xml:space="preserve"> på at effekten sakte avtar. Særlig for marinemotorer kan du merke at du ikke oppnår maks turtall mer siden propeller og vannjett er en konstant last. På maskiner som går på høy effekt som en traktor eller lastebil med med last i motbakke vil du også merke injektorslitasje som tap av effekt og drag. Maks railtrykk og åpningstid er satt i ECU og dette er en mengde drivstoff som tilføres forbrenningen for en ønsket effekt (utregnet). Ved slittasje av injektorer vil ikke «maks» programmert verdier økes, men effekten vil sakte avta. I en vanlig common rail marinemotor er det ikke uvanlig å ha 10-15% redusert innsprøytning etter 3-4000 timers drift.</w:t>
      </w:r>
    </w:p>
    <w:p w14:paraId="5A9005FC" w14:textId="630E8EC4" w:rsidR="00FD0653" w:rsidRPr="003646A3" w:rsidRDefault="004767BB">
      <w:pPr>
        <w:rPr>
          <w:lang w:val="nb-NO"/>
        </w:rPr>
      </w:pPr>
      <w:r>
        <w:rPr>
          <w:noProof/>
        </w:rPr>
        <w:drawing>
          <wp:inline distT="0" distB="0" distL="0" distR="0" wp14:anchorId="0EE8699B" wp14:editId="04764FF3">
            <wp:extent cx="4714875" cy="3494683"/>
            <wp:effectExtent l="0" t="0" r="0" b="0"/>
            <wp:docPr id="1782407305" name="Bilde 3" descr="Et bilde som inneholder sketch, Bildel, tegning, antenne&#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407305" name="Bilde 3" descr="Et bilde som inneholder sketch, Bildel, tegning, antenne&#10;&#10;KI-generert innhold kan være fei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20577" cy="3498909"/>
                    </a:xfrm>
                    <a:prstGeom prst="rect">
                      <a:avLst/>
                    </a:prstGeom>
                    <a:noFill/>
                    <a:ln>
                      <a:noFill/>
                    </a:ln>
                  </pic:spPr>
                </pic:pic>
              </a:graphicData>
            </a:graphic>
          </wp:inline>
        </w:drawing>
      </w:r>
    </w:p>
    <w:sectPr w:rsidR="00FD0653" w:rsidRPr="003646A3" w:rsidSect="003646A3">
      <w:headerReference w:type="default" r:id="rId9"/>
      <w:footerReference w:type="default" r:id="rId10"/>
      <w:pgSz w:w="12240" w:h="15840"/>
      <w:pgMar w:top="1440" w:right="1800" w:bottom="1440" w:left="1800" w:header="45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9ED25A" w14:textId="77777777" w:rsidR="00EE2551" w:rsidRDefault="00EE2551" w:rsidP="003646A3">
      <w:pPr>
        <w:spacing w:after="0" w:line="240" w:lineRule="auto"/>
      </w:pPr>
      <w:r>
        <w:separator/>
      </w:r>
    </w:p>
  </w:endnote>
  <w:endnote w:type="continuationSeparator" w:id="0">
    <w:p w14:paraId="4EB87889" w14:textId="77777777" w:rsidR="00EE2551" w:rsidRDefault="00EE2551" w:rsidP="003646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D2006D" w14:textId="73414C87" w:rsidR="003646A3" w:rsidRPr="003646A3" w:rsidRDefault="003646A3">
    <w:pPr>
      <w:pStyle w:val="Bunntekst"/>
      <w:rPr>
        <w:lang w:val="nb-NO"/>
      </w:rPr>
    </w:pPr>
    <w:r w:rsidRPr="003646A3">
      <w:rPr>
        <w:lang w:val="nb-NO"/>
      </w:rPr>
      <w:t>NOBRACONSULT    -     TUNGAVEGEN 36     -      7047 TRONDHEIM</w:t>
    </w:r>
    <w:r w:rsidRPr="003646A3">
      <w:rPr>
        <w:lang w:val="nb-NO"/>
      </w:rPr>
      <w:br/>
    </w:r>
    <w:r w:rsidRPr="003646A3">
      <w:rPr>
        <w:lang w:val="nb-NO"/>
      </w:rPr>
      <w:br/>
      <w:t>TLF: 4799 0888       -     WWW.</w:t>
    </w:r>
    <w:r>
      <w:rPr>
        <w:lang w:val="nb-NO"/>
      </w:rPr>
      <w:t>NOBRACOSNULT.NO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20BAA4" w14:textId="77777777" w:rsidR="00EE2551" w:rsidRDefault="00EE2551" w:rsidP="003646A3">
      <w:pPr>
        <w:spacing w:after="0" w:line="240" w:lineRule="auto"/>
      </w:pPr>
      <w:r>
        <w:separator/>
      </w:r>
    </w:p>
  </w:footnote>
  <w:footnote w:type="continuationSeparator" w:id="0">
    <w:p w14:paraId="3BC4A813" w14:textId="77777777" w:rsidR="00EE2551" w:rsidRDefault="00EE2551" w:rsidP="003646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063919" w14:textId="72FAC60F" w:rsidR="003646A3" w:rsidRPr="003646A3" w:rsidRDefault="003646A3" w:rsidP="003646A3">
    <w:pPr>
      <w:pStyle w:val="Topptekst"/>
      <w:tabs>
        <w:tab w:val="clear" w:pos="4680"/>
        <w:tab w:val="clear" w:pos="9360"/>
        <w:tab w:val="center" w:pos="4320"/>
      </w:tabs>
      <w:rPr>
        <w:sz w:val="36"/>
        <w:szCs w:val="36"/>
      </w:rPr>
    </w:pPr>
    <w:r>
      <w:rPr>
        <w:noProof/>
      </w:rPr>
      <w:drawing>
        <wp:inline distT="0" distB="0" distL="0" distR="0" wp14:anchorId="191B6588" wp14:editId="7ECAF6EE">
          <wp:extent cx="1630779" cy="666750"/>
          <wp:effectExtent l="0" t="0" r="7620" b="0"/>
          <wp:docPr id="531971113" name="Bilde 1" descr="Nobraconsu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braconsul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8379" cy="690300"/>
                  </a:xfrm>
                  <a:prstGeom prst="rect">
                    <a:avLst/>
                  </a:prstGeom>
                  <a:noFill/>
                  <a:ln>
                    <a:noFill/>
                  </a:ln>
                </pic:spPr>
              </pic:pic>
            </a:graphicData>
          </a:graphic>
        </wp:inline>
      </w:drawing>
    </w:r>
    <w:r>
      <w:tab/>
    </w:r>
    <w:r w:rsidRPr="004335B5">
      <w:rPr>
        <w:b/>
        <w:bCs/>
        <w:sz w:val="36"/>
        <w:szCs w:val="36"/>
      </w:rPr>
      <w:t>BULLETIN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Nummerertliste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Nummerertliste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Punktliste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Punktliste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Nummerertliste"/>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Punktliste"/>
      <w:lvlText w:val=""/>
      <w:lvlJc w:val="left"/>
      <w:pPr>
        <w:tabs>
          <w:tab w:val="num" w:pos="360"/>
        </w:tabs>
        <w:ind w:left="360" w:hanging="360"/>
      </w:pPr>
      <w:rPr>
        <w:rFonts w:ascii="Symbol" w:hAnsi="Symbol" w:hint="default"/>
      </w:rPr>
    </w:lvl>
  </w:abstractNum>
  <w:num w:numId="1" w16cid:durableId="1953826477">
    <w:abstractNumId w:val="8"/>
  </w:num>
  <w:num w:numId="2" w16cid:durableId="1165630239">
    <w:abstractNumId w:val="6"/>
  </w:num>
  <w:num w:numId="3" w16cid:durableId="876507518">
    <w:abstractNumId w:val="5"/>
  </w:num>
  <w:num w:numId="4" w16cid:durableId="2036804658">
    <w:abstractNumId w:val="4"/>
  </w:num>
  <w:num w:numId="5" w16cid:durableId="750391227">
    <w:abstractNumId w:val="7"/>
  </w:num>
  <w:num w:numId="6" w16cid:durableId="1232273908">
    <w:abstractNumId w:val="3"/>
  </w:num>
  <w:num w:numId="7" w16cid:durableId="1218861439">
    <w:abstractNumId w:val="2"/>
  </w:num>
  <w:num w:numId="8" w16cid:durableId="1913856197">
    <w:abstractNumId w:val="1"/>
  </w:num>
  <w:num w:numId="9" w16cid:durableId="14289630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72066"/>
    <w:rsid w:val="0029639D"/>
    <w:rsid w:val="00326F90"/>
    <w:rsid w:val="003646A3"/>
    <w:rsid w:val="00407B02"/>
    <w:rsid w:val="004335B5"/>
    <w:rsid w:val="004767BB"/>
    <w:rsid w:val="005C7451"/>
    <w:rsid w:val="00AA1D8D"/>
    <w:rsid w:val="00B47730"/>
    <w:rsid w:val="00CB0664"/>
    <w:rsid w:val="00EE2551"/>
    <w:rsid w:val="00FC693F"/>
    <w:rsid w:val="00FD06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6CF2174"/>
  <w14:defaultImageDpi w14:val="300"/>
  <w15:docId w15:val="{6567A218-8251-4D2E-A9F2-2CB9032A7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Overskrift1">
    <w:name w:val="heading 1"/>
    <w:basedOn w:val="Normal"/>
    <w:next w:val="Normal"/>
    <w:link w:val="Overskrift1Tegn"/>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Overskrift2">
    <w:name w:val="heading 2"/>
    <w:basedOn w:val="Normal"/>
    <w:next w:val="Normal"/>
    <w:link w:val="Overskrift2Tegn"/>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Overskrift3">
    <w:name w:val="heading 3"/>
    <w:basedOn w:val="Normal"/>
    <w:next w:val="Normal"/>
    <w:link w:val="Overskrift3Tegn"/>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Overskrift4">
    <w:name w:val="heading 4"/>
    <w:basedOn w:val="Normal"/>
    <w:next w:val="Normal"/>
    <w:link w:val="Overskrift4Tegn"/>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Overskrift5">
    <w:name w:val="heading 5"/>
    <w:basedOn w:val="Normal"/>
    <w:next w:val="Normal"/>
    <w:link w:val="Overskrift5Tegn"/>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Overskrift6">
    <w:name w:val="heading 6"/>
    <w:basedOn w:val="Normal"/>
    <w:next w:val="Normal"/>
    <w:link w:val="Overskrift6Tegn"/>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Overskrift7">
    <w:name w:val="heading 7"/>
    <w:basedOn w:val="Normal"/>
    <w:next w:val="Normal"/>
    <w:link w:val="Overskrift7Tegn"/>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Overskrift8">
    <w:name w:val="heading 8"/>
    <w:basedOn w:val="Normal"/>
    <w:next w:val="Normal"/>
    <w:link w:val="Overskrift8Tegn"/>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Overskrift9">
    <w:name w:val="heading 9"/>
    <w:basedOn w:val="Normal"/>
    <w:next w:val="Normal"/>
    <w:link w:val="Overskrift9Tegn"/>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opptekst">
    <w:name w:val="header"/>
    <w:basedOn w:val="Normal"/>
    <w:link w:val="TopptekstTegn"/>
    <w:uiPriority w:val="99"/>
    <w:unhideWhenUsed/>
    <w:rsid w:val="00E618BF"/>
    <w:pPr>
      <w:tabs>
        <w:tab w:val="center" w:pos="4680"/>
        <w:tab w:val="right" w:pos="9360"/>
      </w:tabs>
      <w:spacing w:after="0" w:line="240" w:lineRule="auto"/>
    </w:pPr>
  </w:style>
  <w:style w:type="character" w:customStyle="1" w:styleId="TopptekstTegn">
    <w:name w:val="Topptekst Tegn"/>
    <w:basedOn w:val="Standardskriftforavsnitt"/>
    <w:link w:val="Topptekst"/>
    <w:uiPriority w:val="99"/>
    <w:rsid w:val="00E618BF"/>
  </w:style>
  <w:style w:type="paragraph" w:styleId="Bunntekst">
    <w:name w:val="footer"/>
    <w:basedOn w:val="Normal"/>
    <w:link w:val="BunntekstTegn"/>
    <w:uiPriority w:val="99"/>
    <w:unhideWhenUsed/>
    <w:rsid w:val="00E618BF"/>
    <w:pPr>
      <w:tabs>
        <w:tab w:val="center" w:pos="4680"/>
        <w:tab w:val="right" w:pos="9360"/>
      </w:tabs>
      <w:spacing w:after="0" w:line="240" w:lineRule="auto"/>
    </w:pPr>
  </w:style>
  <w:style w:type="character" w:customStyle="1" w:styleId="BunntekstTegn">
    <w:name w:val="Bunntekst Tegn"/>
    <w:basedOn w:val="Standardskriftforavsnitt"/>
    <w:link w:val="Bunntekst"/>
    <w:uiPriority w:val="99"/>
    <w:rsid w:val="00E618BF"/>
  </w:style>
  <w:style w:type="paragraph" w:styleId="Ingenmellomrom">
    <w:name w:val="No Spacing"/>
    <w:uiPriority w:val="1"/>
    <w:qFormat/>
    <w:rsid w:val="00FC693F"/>
    <w:pPr>
      <w:spacing w:after="0" w:line="240" w:lineRule="auto"/>
    </w:pPr>
  </w:style>
  <w:style w:type="character" w:customStyle="1" w:styleId="Overskrift1Tegn">
    <w:name w:val="Overskrift 1 Tegn"/>
    <w:basedOn w:val="Standardskriftforavsnitt"/>
    <w:link w:val="Overskrift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Overskrift2Tegn">
    <w:name w:val="Overskrift 2 Tegn"/>
    <w:basedOn w:val="Standardskriftforavsnitt"/>
    <w:link w:val="Overskrift2"/>
    <w:uiPriority w:val="9"/>
    <w:rsid w:val="00FC693F"/>
    <w:rPr>
      <w:rFonts w:asciiTheme="majorHAnsi" w:eastAsiaTheme="majorEastAsia" w:hAnsiTheme="majorHAnsi" w:cstheme="majorBidi"/>
      <w:b/>
      <w:bCs/>
      <w:color w:val="4F81BD" w:themeColor="accent1"/>
      <w:sz w:val="26"/>
      <w:szCs w:val="26"/>
    </w:rPr>
  </w:style>
  <w:style w:type="character" w:customStyle="1" w:styleId="Overskrift3Tegn">
    <w:name w:val="Overskrift 3 Tegn"/>
    <w:basedOn w:val="Standardskriftforavsnitt"/>
    <w:link w:val="Overskrift3"/>
    <w:uiPriority w:val="9"/>
    <w:rsid w:val="00FC693F"/>
    <w:rPr>
      <w:rFonts w:asciiTheme="majorHAnsi" w:eastAsiaTheme="majorEastAsia" w:hAnsiTheme="majorHAnsi" w:cstheme="majorBidi"/>
      <w:b/>
      <w:bCs/>
      <w:color w:val="4F81BD" w:themeColor="accent1"/>
    </w:rPr>
  </w:style>
  <w:style w:type="paragraph" w:styleId="Tittel">
    <w:name w:val="Title"/>
    <w:basedOn w:val="Normal"/>
    <w:next w:val="Normal"/>
    <w:link w:val="TittelTegn"/>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telTegn">
    <w:name w:val="Tittel Tegn"/>
    <w:basedOn w:val="Standardskriftforavsnitt"/>
    <w:link w:val="Titte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Undertittel">
    <w:name w:val="Subtitle"/>
    <w:basedOn w:val="Normal"/>
    <w:next w:val="Normal"/>
    <w:link w:val="UndertittelTegn"/>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dertittelTegn">
    <w:name w:val="Undertittel Tegn"/>
    <w:basedOn w:val="Standardskriftforavsnitt"/>
    <w:link w:val="Undertittel"/>
    <w:uiPriority w:val="11"/>
    <w:rsid w:val="00FC693F"/>
    <w:rPr>
      <w:rFonts w:asciiTheme="majorHAnsi" w:eastAsiaTheme="majorEastAsia" w:hAnsiTheme="majorHAnsi" w:cstheme="majorBidi"/>
      <w:i/>
      <w:iCs/>
      <w:color w:val="4F81BD" w:themeColor="accent1"/>
      <w:spacing w:val="15"/>
      <w:sz w:val="24"/>
      <w:szCs w:val="24"/>
    </w:rPr>
  </w:style>
  <w:style w:type="paragraph" w:styleId="Listeavsnitt">
    <w:name w:val="List Paragraph"/>
    <w:basedOn w:val="Normal"/>
    <w:uiPriority w:val="34"/>
    <w:qFormat/>
    <w:rsid w:val="00FC693F"/>
    <w:pPr>
      <w:ind w:left="720"/>
      <w:contextualSpacing/>
    </w:pPr>
  </w:style>
  <w:style w:type="paragraph" w:styleId="Brdtekst">
    <w:name w:val="Body Text"/>
    <w:basedOn w:val="Normal"/>
    <w:link w:val="BrdtekstTegn"/>
    <w:uiPriority w:val="99"/>
    <w:unhideWhenUsed/>
    <w:rsid w:val="00AA1D8D"/>
    <w:pPr>
      <w:spacing w:after="120"/>
    </w:pPr>
  </w:style>
  <w:style w:type="character" w:customStyle="1" w:styleId="BrdtekstTegn">
    <w:name w:val="Brødtekst Tegn"/>
    <w:basedOn w:val="Standardskriftforavsnitt"/>
    <w:link w:val="Brdtekst"/>
    <w:uiPriority w:val="99"/>
    <w:rsid w:val="00AA1D8D"/>
  </w:style>
  <w:style w:type="paragraph" w:styleId="Brdtekst2">
    <w:name w:val="Body Text 2"/>
    <w:basedOn w:val="Normal"/>
    <w:link w:val="Brdtekst2Tegn"/>
    <w:uiPriority w:val="99"/>
    <w:unhideWhenUsed/>
    <w:rsid w:val="00AA1D8D"/>
    <w:pPr>
      <w:spacing w:after="120" w:line="480" w:lineRule="auto"/>
    </w:pPr>
  </w:style>
  <w:style w:type="character" w:customStyle="1" w:styleId="Brdtekst2Tegn">
    <w:name w:val="Brødtekst 2 Tegn"/>
    <w:basedOn w:val="Standardskriftforavsnitt"/>
    <w:link w:val="Brdtekst2"/>
    <w:uiPriority w:val="99"/>
    <w:rsid w:val="00AA1D8D"/>
  </w:style>
  <w:style w:type="paragraph" w:styleId="Brdtekst3">
    <w:name w:val="Body Text 3"/>
    <w:basedOn w:val="Normal"/>
    <w:link w:val="Brdtekst3Tegn"/>
    <w:uiPriority w:val="99"/>
    <w:unhideWhenUsed/>
    <w:rsid w:val="00AA1D8D"/>
    <w:pPr>
      <w:spacing w:after="120"/>
    </w:pPr>
    <w:rPr>
      <w:sz w:val="16"/>
      <w:szCs w:val="16"/>
    </w:rPr>
  </w:style>
  <w:style w:type="character" w:customStyle="1" w:styleId="Brdtekst3Tegn">
    <w:name w:val="Brødtekst 3 Tegn"/>
    <w:basedOn w:val="Standardskriftforavsnitt"/>
    <w:link w:val="Brdtekst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Punktliste">
    <w:name w:val="List Bullet"/>
    <w:basedOn w:val="Normal"/>
    <w:uiPriority w:val="99"/>
    <w:unhideWhenUsed/>
    <w:rsid w:val="00326F90"/>
    <w:pPr>
      <w:numPr>
        <w:numId w:val="1"/>
      </w:numPr>
      <w:contextualSpacing/>
    </w:pPr>
  </w:style>
  <w:style w:type="paragraph" w:styleId="Punktliste2">
    <w:name w:val="List Bullet 2"/>
    <w:basedOn w:val="Normal"/>
    <w:uiPriority w:val="99"/>
    <w:unhideWhenUsed/>
    <w:rsid w:val="00326F90"/>
    <w:pPr>
      <w:numPr>
        <w:numId w:val="2"/>
      </w:numPr>
      <w:contextualSpacing/>
    </w:pPr>
  </w:style>
  <w:style w:type="paragraph" w:styleId="Punktliste3">
    <w:name w:val="List Bullet 3"/>
    <w:basedOn w:val="Normal"/>
    <w:uiPriority w:val="99"/>
    <w:unhideWhenUsed/>
    <w:rsid w:val="00326F90"/>
    <w:pPr>
      <w:numPr>
        <w:numId w:val="3"/>
      </w:numPr>
      <w:contextualSpacing/>
    </w:pPr>
  </w:style>
  <w:style w:type="paragraph" w:styleId="Nummerertliste">
    <w:name w:val="List Number"/>
    <w:basedOn w:val="Normal"/>
    <w:uiPriority w:val="99"/>
    <w:unhideWhenUsed/>
    <w:rsid w:val="00326F90"/>
    <w:pPr>
      <w:numPr>
        <w:numId w:val="5"/>
      </w:numPr>
      <w:contextualSpacing/>
    </w:pPr>
  </w:style>
  <w:style w:type="paragraph" w:styleId="Nummerertliste2">
    <w:name w:val="List Number 2"/>
    <w:basedOn w:val="Normal"/>
    <w:uiPriority w:val="99"/>
    <w:unhideWhenUsed/>
    <w:rsid w:val="0029639D"/>
    <w:pPr>
      <w:numPr>
        <w:numId w:val="6"/>
      </w:numPr>
      <w:contextualSpacing/>
    </w:pPr>
  </w:style>
  <w:style w:type="paragraph" w:styleId="Nummerertliste3">
    <w:name w:val="List Number 3"/>
    <w:basedOn w:val="Normal"/>
    <w:uiPriority w:val="99"/>
    <w:unhideWhenUsed/>
    <w:rsid w:val="0029639D"/>
    <w:pPr>
      <w:numPr>
        <w:numId w:val="7"/>
      </w:numPr>
      <w:contextualSpacing/>
    </w:pPr>
  </w:style>
  <w:style w:type="paragraph" w:styleId="Liste-forts">
    <w:name w:val="List Continue"/>
    <w:basedOn w:val="Normal"/>
    <w:uiPriority w:val="99"/>
    <w:unhideWhenUsed/>
    <w:rsid w:val="0029639D"/>
    <w:pPr>
      <w:spacing w:after="120"/>
      <w:ind w:left="360"/>
      <w:contextualSpacing/>
    </w:pPr>
  </w:style>
  <w:style w:type="paragraph" w:styleId="Liste-forts2">
    <w:name w:val="List Continue 2"/>
    <w:basedOn w:val="Normal"/>
    <w:uiPriority w:val="99"/>
    <w:unhideWhenUsed/>
    <w:rsid w:val="0029639D"/>
    <w:pPr>
      <w:spacing w:after="120"/>
      <w:ind w:left="720"/>
      <w:contextualSpacing/>
    </w:pPr>
  </w:style>
  <w:style w:type="paragraph" w:styleId="Liste-forts3">
    <w:name w:val="List Continue 3"/>
    <w:basedOn w:val="Normal"/>
    <w:uiPriority w:val="99"/>
    <w:unhideWhenUsed/>
    <w:rsid w:val="0029639D"/>
    <w:pPr>
      <w:spacing w:after="120"/>
      <w:ind w:left="1080"/>
      <w:contextualSpacing/>
    </w:pPr>
  </w:style>
  <w:style w:type="paragraph" w:styleId="Makrotekst">
    <w:name w:val="macro"/>
    <w:link w:val="MakrotekstTegn"/>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tekstTegn">
    <w:name w:val="Makrotekst Tegn"/>
    <w:basedOn w:val="Standardskriftforavsnitt"/>
    <w:link w:val="Makrotekst"/>
    <w:uiPriority w:val="99"/>
    <w:rsid w:val="0029639D"/>
    <w:rPr>
      <w:rFonts w:ascii="Courier" w:hAnsi="Courier"/>
      <w:sz w:val="20"/>
      <w:szCs w:val="20"/>
    </w:rPr>
  </w:style>
  <w:style w:type="paragraph" w:styleId="Sitat">
    <w:name w:val="Quote"/>
    <w:basedOn w:val="Normal"/>
    <w:next w:val="Normal"/>
    <w:link w:val="SitatTegn"/>
    <w:uiPriority w:val="29"/>
    <w:qFormat/>
    <w:rsid w:val="00FC693F"/>
    <w:rPr>
      <w:i/>
      <w:iCs/>
      <w:color w:val="000000" w:themeColor="text1"/>
    </w:rPr>
  </w:style>
  <w:style w:type="character" w:customStyle="1" w:styleId="SitatTegn">
    <w:name w:val="Sitat Tegn"/>
    <w:basedOn w:val="Standardskriftforavsnitt"/>
    <w:link w:val="Sitat"/>
    <w:uiPriority w:val="29"/>
    <w:rsid w:val="00FC693F"/>
    <w:rPr>
      <w:i/>
      <w:iCs/>
      <w:color w:val="000000" w:themeColor="text1"/>
    </w:rPr>
  </w:style>
  <w:style w:type="character" w:customStyle="1" w:styleId="Overskrift4Tegn">
    <w:name w:val="Overskrift 4 Tegn"/>
    <w:basedOn w:val="Standardskriftforavsnitt"/>
    <w:link w:val="Overskrift4"/>
    <w:uiPriority w:val="9"/>
    <w:semiHidden/>
    <w:rsid w:val="00FC693F"/>
    <w:rPr>
      <w:rFonts w:asciiTheme="majorHAnsi" w:eastAsiaTheme="majorEastAsia" w:hAnsiTheme="majorHAnsi" w:cstheme="majorBidi"/>
      <w:b/>
      <w:bCs/>
      <w:i/>
      <w:iCs/>
      <w:color w:val="4F81BD" w:themeColor="accent1"/>
    </w:rPr>
  </w:style>
  <w:style w:type="character" w:customStyle="1" w:styleId="Overskrift5Tegn">
    <w:name w:val="Overskrift 5 Tegn"/>
    <w:basedOn w:val="Standardskriftforavsnitt"/>
    <w:link w:val="Overskrift5"/>
    <w:uiPriority w:val="9"/>
    <w:semiHidden/>
    <w:rsid w:val="00FC693F"/>
    <w:rPr>
      <w:rFonts w:asciiTheme="majorHAnsi" w:eastAsiaTheme="majorEastAsia" w:hAnsiTheme="majorHAnsi" w:cstheme="majorBidi"/>
      <w:color w:val="243F60" w:themeColor="accent1" w:themeShade="7F"/>
    </w:rPr>
  </w:style>
  <w:style w:type="character" w:customStyle="1" w:styleId="Overskrift6Tegn">
    <w:name w:val="Overskrift 6 Tegn"/>
    <w:basedOn w:val="Standardskriftforavsnitt"/>
    <w:link w:val="Overskrift6"/>
    <w:uiPriority w:val="9"/>
    <w:semiHidden/>
    <w:rsid w:val="00FC693F"/>
    <w:rPr>
      <w:rFonts w:asciiTheme="majorHAnsi" w:eastAsiaTheme="majorEastAsia" w:hAnsiTheme="majorHAnsi" w:cstheme="majorBidi"/>
      <w:i/>
      <w:iCs/>
      <w:color w:val="243F60" w:themeColor="accent1" w:themeShade="7F"/>
    </w:rPr>
  </w:style>
  <w:style w:type="character" w:customStyle="1" w:styleId="Overskrift7Tegn">
    <w:name w:val="Overskrift 7 Tegn"/>
    <w:basedOn w:val="Standardskriftforavsnitt"/>
    <w:link w:val="Overskrift7"/>
    <w:uiPriority w:val="9"/>
    <w:semiHidden/>
    <w:rsid w:val="00FC693F"/>
    <w:rPr>
      <w:rFonts w:asciiTheme="majorHAnsi" w:eastAsiaTheme="majorEastAsia" w:hAnsiTheme="majorHAnsi" w:cstheme="majorBidi"/>
      <w:i/>
      <w:iCs/>
      <w:color w:val="404040" w:themeColor="text1" w:themeTint="BF"/>
    </w:rPr>
  </w:style>
  <w:style w:type="character" w:customStyle="1" w:styleId="Overskrift8Tegn">
    <w:name w:val="Overskrift 8 Tegn"/>
    <w:basedOn w:val="Standardskriftforavsnitt"/>
    <w:link w:val="Overskrift8"/>
    <w:uiPriority w:val="9"/>
    <w:semiHidden/>
    <w:rsid w:val="00FC693F"/>
    <w:rPr>
      <w:rFonts w:asciiTheme="majorHAnsi" w:eastAsiaTheme="majorEastAsia" w:hAnsiTheme="majorHAnsi" w:cstheme="majorBidi"/>
      <w:color w:val="4F81BD" w:themeColor="accent1"/>
      <w:sz w:val="20"/>
      <w:szCs w:val="20"/>
    </w:rPr>
  </w:style>
  <w:style w:type="character" w:customStyle="1" w:styleId="Overskrift9Tegn">
    <w:name w:val="Overskrift 9 Tegn"/>
    <w:basedOn w:val="Standardskriftforavsnitt"/>
    <w:link w:val="Overskrift9"/>
    <w:uiPriority w:val="9"/>
    <w:semiHidden/>
    <w:rsid w:val="00FC693F"/>
    <w:rPr>
      <w:rFonts w:asciiTheme="majorHAnsi" w:eastAsiaTheme="majorEastAsia" w:hAnsiTheme="majorHAnsi" w:cstheme="majorBidi"/>
      <w:i/>
      <w:iCs/>
      <w:color w:val="404040" w:themeColor="text1" w:themeTint="BF"/>
      <w:sz w:val="20"/>
      <w:szCs w:val="20"/>
    </w:rPr>
  </w:style>
  <w:style w:type="paragraph" w:styleId="Bildetekst">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erk">
    <w:name w:val="Strong"/>
    <w:basedOn w:val="Standardskriftforavsnitt"/>
    <w:uiPriority w:val="22"/>
    <w:qFormat/>
    <w:rsid w:val="00FC693F"/>
    <w:rPr>
      <w:b/>
      <w:bCs/>
    </w:rPr>
  </w:style>
  <w:style w:type="character" w:styleId="Utheving">
    <w:name w:val="Emphasis"/>
    <w:basedOn w:val="Standardskriftforavsnitt"/>
    <w:uiPriority w:val="20"/>
    <w:qFormat/>
    <w:rsid w:val="00FC693F"/>
    <w:rPr>
      <w:i/>
      <w:iCs/>
    </w:rPr>
  </w:style>
  <w:style w:type="paragraph" w:styleId="Sterktsitat">
    <w:name w:val="Intense Quote"/>
    <w:basedOn w:val="Normal"/>
    <w:next w:val="Normal"/>
    <w:link w:val="SterktsitatTegn"/>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SterktsitatTegn">
    <w:name w:val="Sterkt sitat Tegn"/>
    <w:basedOn w:val="Standardskriftforavsnitt"/>
    <w:link w:val="Sterktsitat"/>
    <w:uiPriority w:val="30"/>
    <w:rsid w:val="00FC693F"/>
    <w:rPr>
      <w:b/>
      <w:bCs/>
      <w:i/>
      <w:iCs/>
      <w:color w:val="4F81BD" w:themeColor="accent1"/>
    </w:rPr>
  </w:style>
  <w:style w:type="character" w:styleId="Svakutheving">
    <w:name w:val="Subtle Emphasis"/>
    <w:basedOn w:val="Standardskriftforavsnitt"/>
    <w:uiPriority w:val="19"/>
    <w:qFormat/>
    <w:rsid w:val="00FC693F"/>
    <w:rPr>
      <w:i/>
      <w:iCs/>
      <w:color w:val="808080" w:themeColor="text1" w:themeTint="7F"/>
    </w:rPr>
  </w:style>
  <w:style w:type="character" w:styleId="Sterkutheving">
    <w:name w:val="Intense Emphasis"/>
    <w:basedOn w:val="Standardskriftforavsnitt"/>
    <w:uiPriority w:val="21"/>
    <w:qFormat/>
    <w:rsid w:val="00FC693F"/>
    <w:rPr>
      <w:b/>
      <w:bCs/>
      <w:i/>
      <w:iCs/>
      <w:color w:val="4F81BD" w:themeColor="accent1"/>
    </w:rPr>
  </w:style>
  <w:style w:type="character" w:styleId="Svakreferanse">
    <w:name w:val="Subtle Reference"/>
    <w:basedOn w:val="Standardskriftforavsnitt"/>
    <w:uiPriority w:val="31"/>
    <w:qFormat/>
    <w:rsid w:val="00FC693F"/>
    <w:rPr>
      <w:smallCaps/>
      <w:color w:val="C0504D" w:themeColor="accent2"/>
      <w:u w:val="single"/>
    </w:rPr>
  </w:style>
  <w:style w:type="character" w:styleId="Sterkreferanse">
    <w:name w:val="Intense Reference"/>
    <w:basedOn w:val="Standardskriftforavsnitt"/>
    <w:uiPriority w:val="32"/>
    <w:qFormat/>
    <w:rsid w:val="00FC693F"/>
    <w:rPr>
      <w:b/>
      <w:bCs/>
      <w:smallCaps/>
      <w:color w:val="C0504D" w:themeColor="accent2"/>
      <w:spacing w:val="5"/>
      <w:u w:val="single"/>
    </w:rPr>
  </w:style>
  <w:style w:type="character" w:styleId="Boktittel">
    <w:name w:val="Book Title"/>
    <w:basedOn w:val="Standardskriftforavsnitt"/>
    <w:uiPriority w:val="33"/>
    <w:qFormat/>
    <w:rsid w:val="00FC693F"/>
    <w:rPr>
      <w:b/>
      <w:bCs/>
      <w:smallCaps/>
      <w:spacing w:val="5"/>
    </w:rPr>
  </w:style>
  <w:style w:type="paragraph" w:styleId="Overskriftforinnholdsfortegnelse">
    <w:name w:val="TOC Heading"/>
    <w:basedOn w:val="Overskrift1"/>
    <w:next w:val="Normal"/>
    <w:uiPriority w:val="39"/>
    <w:semiHidden/>
    <w:unhideWhenUsed/>
    <w:qFormat/>
    <w:rsid w:val="00FC693F"/>
    <w:pPr>
      <w:outlineLvl w:val="9"/>
    </w:pPr>
  </w:style>
  <w:style w:type="table" w:styleId="Tabellrutenett">
    <w:name w:val="Table Grid"/>
    <w:basedOn w:val="Vanligtabel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ysskyggelegging">
    <w:name w:val="Light Shading"/>
    <w:basedOn w:val="Vanligtabel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ysskyggelegginguthevingsfarge1">
    <w:name w:val="Light Shading Accent 1"/>
    <w:basedOn w:val="Vanligtabel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ysskyggelegginguthevingsfarge2">
    <w:name w:val="Light Shading Accent 2"/>
    <w:basedOn w:val="Vanligtabel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ysskyggelegginguthevingsfarge3">
    <w:name w:val="Light Shading Accent 3"/>
    <w:basedOn w:val="Vanligtabel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ysskyggelegginguthevingsfarge4">
    <w:name w:val="Light Shading Accent 4"/>
    <w:basedOn w:val="Vanligtabel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ysskyggelegginguthevingsfarge5">
    <w:name w:val="Light Shading Accent 5"/>
    <w:basedOn w:val="Vanligtabel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ysskyggelegginguthevingsfarge6">
    <w:name w:val="Light Shading Accent 6"/>
    <w:basedOn w:val="Vanligtabel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ysliste">
    <w:name w:val="Light List"/>
    <w:basedOn w:val="Vanligtabel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yslisteuthevingsfarge1">
    <w:name w:val="Light List Accent 1"/>
    <w:basedOn w:val="Vanligtabel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yslisteuthevingsfarge2">
    <w:name w:val="Light List Accent 2"/>
    <w:basedOn w:val="Vanligtabel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yslisteuthevingsfarge3">
    <w:name w:val="Light List Accent 3"/>
    <w:basedOn w:val="Vanligtabel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yslisteuthevingsfarge4">
    <w:name w:val="Light List Accent 4"/>
    <w:basedOn w:val="Vanligtabel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yslisteuthevingsfarge5">
    <w:name w:val="Light List Accent 5"/>
    <w:basedOn w:val="Vanligtabel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yslisteuthevingsfarge6">
    <w:name w:val="Light List Accent 6"/>
    <w:basedOn w:val="Vanligtabel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ystrutenett">
    <w:name w:val="Light Grid"/>
    <w:basedOn w:val="Vanligtabel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ystrutenettuthevingsfarge1">
    <w:name w:val="Light Grid Accent 1"/>
    <w:basedOn w:val="Vanligtabel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ystrutenettuthevingsfarge2">
    <w:name w:val="Light Grid Accent 2"/>
    <w:basedOn w:val="Vanligtabel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ystrutenettuthevingsfarge3">
    <w:name w:val="Light Grid Accent 3"/>
    <w:basedOn w:val="Vanligtabel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ystrutenettuthevingsfarge4">
    <w:name w:val="Light Grid Accent 4"/>
    <w:basedOn w:val="Vanligtabel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ystrutenettuthevingsfarge5">
    <w:name w:val="Light Grid Accent 5"/>
    <w:basedOn w:val="Vanligtabel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ystrutenettuthevingsfarge6">
    <w:name w:val="Light Grid Accent 6"/>
    <w:basedOn w:val="Vanligtabel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iddelsskyggelegging1">
    <w:name w:val="Medium Shading 1"/>
    <w:basedOn w:val="Vanligtabel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iddelsskyggelegging1uthevingsfarge1">
    <w:name w:val="Medium Shading 1 Accent 1"/>
    <w:basedOn w:val="Vanligtabel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iddelsskyggelegging1uthevingsfarge2">
    <w:name w:val="Medium Shading 1 Accent 2"/>
    <w:basedOn w:val="Vanligtabel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iddelsskyggelegging1uthevingsfarge3">
    <w:name w:val="Medium Shading 1 Accent 3"/>
    <w:basedOn w:val="Vanligtabel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iddelsskyggelegging1uthevingsfarge4">
    <w:name w:val="Medium Shading 1 Accent 4"/>
    <w:basedOn w:val="Vanligtabel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iddelsskyggelegging1uthevingsfarge5">
    <w:name w:val="Medium Shading 1 Accent 5"/>
    <w:basedOn w:val="Vanligtabel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iddelsskyggelegging1uthevingsfarge6">
    <w:name w:val="Medium Shading 1 Accent 6"/>
    <w:basedOn w:val="Vanligtabel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iddelsskyggelegging2">
    <w:name w:val="Medium Shading 2"/>
    <w:basedOn w:val="Vanlig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ddelsskyggelegging2uthevingsfarge1">
    <w:name w:val="Medium Shading 2 Accent 1"/>
    <w:basedOn w:val="Vanlig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ddelsskyggelegging2uthevingsfarge2">
    <w:name w:val="Medium Shading 2 Accent 2"/>
    <w:basedOn w:val="Vanlig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ddelsskyggelegging2uthevingsfarge3">
    <w:name w:val="Medium Shading 2 Accent 3"/>
    <w:basedOn w:val="Vanlig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ddelsskyggelegging2uthevingsfarge4">
    <w:name w:val="Medium Shading 2 Accent 4"/>
    <w:basedOn w:val="Vanlig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ddelsskyggelegging2uthevingsfarge5">
    <w:name w:val="Medium Shading 2 Accent 5"/>
    <w:basedOn w:val="Vanlig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ddelsskyggelegging2uthevingsfarge6">
    <w:name w:val="Medium Shading 2 Accent 6"/>
    <w:basedOn w:val="Vanlig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ddelsliste1">
    <w:name w:val="Medium List 1"/>
    <w:basedOn w:val="Vanligtabel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ddelsliste1uthevingsfarge1">
    <w:name w:val="Medium List 1 Accent 1"/>
    <w:basedOn w:val="Vanligtabel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iddelsliste1uthevingsfarge2">
    <w:name w:val="Medium List 1 Accent 2"/>
    <w:basedOn w:val="Vanligtabel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iddelsliste1uthevingsfarge3">
    <w:name w:val="Medium List 1 Accent 3"/>
    <w:basedOn w:val="Vanligtabel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iddelsliste1uthevingsfarge4">
    <w:name w:val="Medium List 1 Accent 4"/>
    <w:basedOn w:val="Vanligtabel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iddelsliste1uthevingsfarge5">
    <w:name w:val="Medium List 1 Accent 5"/>
    <w:basedOn w:val="Vanligtabel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iddelsliste1uthevingsfarge6">
    <w:name w:val="Medium List 1 Accent 6"/>
    <w:basedOn w:val="Vanligtabel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iddelsliste2">
    <w:name w:val="Medium List 2"/>
    <w:basedOn w:val="Vanlig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ddelsliste2uthevingsfarge1">
    <w:name w:val="Medium List 2 Accent 1"/>
    <w:basedOn w:val="Vanlig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iddelsliste2uthevingsfarge2">
    <w:name w:val="Medium List 2 Accent 2"/>
    <w:basedOn w:val="Vanlig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iddelsliste2uthevingsfarge3">
    <w:name w:val="Medium List 2 Accent 3"/>
    <w:basedOn w:val="Vanlig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iddelsliste2uthevingsfarge4">
    <w:name w:val="Medium List 2 Accent 4"/>
    <w:basedOn w:val="Vanlig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iddelsliste2uthevingsfarge5">
    <w:name w:val="Medium List 2 Accent 5"/>
    <w:basedOn w:val="Vanlig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iddelsliste2uthevingsfarge6">
    <w:name w:val="Medium List 2 Accent 6"/>
    <w:basedOn w:val="Vanlig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iddelsrutenett1">
    <w:name w:val="Medium Grid 1"/>
    <w:basedOn w:val="Vanligtabel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ddelsrutenett1uthevingsfarge1">
    <w:name w:val="Medium Grid 1 Accent 1"/>
    <w:basedOn w:val="Vanligtabel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iddelsrutenett1uthevingsfarge2">
    <w:name w:val="Medium Grid 1 Accent 2"/>
    <w:basedOn w:val="Vanligtabel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iddelsrutenett1uthevingsfarge3">
    <w:name w:val="Medium Grid 1 Accent 3"/>
    <w:basedOn w:val="Vanligtabel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iddelsrutenett1uthevingsfarge4">
    <w:name w:val="Medium Grid 1 Accent 4"/>
    <w:basedOn w:val="Vanligtabel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iddelsrutenett1uthevingsfarge5">
    <w:name w:val="Medium Grid 1 Accent 5"/>
    <w:basedOn w:val="Vanligtabel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iddelsrutenett1uthevingsfarge6">
    <w:name w:val="Medium Grid 1 Accent 6"/>
    <w:basedOn w:val="Vanligtabel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iddelsrutenett2">
    <w:name w:val="Medium Grid 2"/>
    <w:basedOn w:val="Vanlig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ddelsrutenett2uthevingsfarge1">
    <w:name w:val="Medium Grid 2 Accent 1"/>
    <w:basedOn w:val="Vanlig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iddelsrutenett2uthevingsfarge2">
    <w:name w:val="Medium Grid 2 Accent 2"/>
    <w:basedOn w:val="Vanlig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iddelsrutenett2uthevingsfarge3">
    <w:name w:val="Medium Grid 2 Accent 3"/>
    <w:basedOn w:val="Vanlig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iddelsrutenett2uthevingsfarge4">
    <w:name w:val="Medium Grid 2 Accent 4"/>
    <w:basedOn w:val="Vanlig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iddelsrutenett2uthevingsfarge5">
    <w:name w:val="Medium Grid 2 Accent 5"/>
    <w:basedOn w:val="Vanlig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iddelsrutenett2uthevingsfarge6">
    <w:name w:val="Medium Grid 2 Accent 6"/>
    <w:basedOn w:val="Vanlig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iddelsrutenett3">
    <w:name w:val="Medium Grid 3"/>
    <w:basedOn w:val="Vanlig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ddelsrutenett3uthevingsfarge1">
    <w:name w:val="Medium Grid 3 Accent 1"/>
    <w:basedOn w:val="Vanlig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iddelsrutenett3uthevingsfarge2">
    <w:name w:val="Medium Grid 3 Accent 2"/>
    <w:basedOn w:val="Vanlig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iddelsrutenett3uthevingsfarge3">
    <w:name w:val="Medium Grid 3 Accent 3"/>
    <w:basedOn w:val="Vanlig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iddelsrutenett3uthevingsfarge4">
    <w:name w:val="Medium Grid 3 Accent 4"/>
    <w:basedOn w:val="Vanlig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iddelsrutenett3uthevingsfarge5">
    <w:name w:val="Medium Grid 3 Accent 5"/>
    <w:basedOn w:val="Vanlig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iddelsrutenett3uthevingsfarge6">
    <w:name w:val="Medium Grid 3 Accent 6"/>
    <w:basedOn w:val="Vanlig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rkliste">
    <w:name w:val="Dark List"/>
    <w:basedOn w:val="Vanligtabel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rklisteuthevingsfarge1">
    <w:name w:val="Dark List Accent 1"/>
    <w:basedOn w:val="Vanligtabel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Mrklisteuthevingsfarge2">
    <w:name w:val="Dark List Accent 2"/>
    <w:basedOn w:val="Vanligtabel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Mrklisteuthevingsfarge3">
    <w:name w:val="Dark List Accent 3"/>
    <w:basedOn w:val="Vanligtabel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Mrklisteuthevingsfarge4">
    <w:name w:val="Dark List Accent 4"/>
    <w:basedOn w:val="Vanligtabel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Mrklisteuthevingsfarge5">
    <w:name w:val="Dark List Accent 5"/>
    <w:basedOn w:val="Vanligtabel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Mrklisteuthevingsfarge6">
    <w:name w:val="Dark List Accent 6"/>
    <w:basedOn w:val="Vanligtabel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Fargerikskyggelegging">
    <w:name w:val="Colorful Shading"/>
    <w:basedOn w:val="Vanlig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argerikskyggelegginguthevingsfarge1">
    <w:name w:val="Colorful Shading Accent 1"/>
    <w:basedOn w:val="Vanlig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Fargerikskyggelegginguthevingsfarge2">
    <w:name w:val="Colorful Shading Accent 2"/>
    <w:basedOn w:val="Vanlig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Fargerikskyggelegginguthevingsfarge3">
    <w:name w:val="Colorful Shading Accent 3"/>
    <w:basedOn w:val="Vanligtabel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argerikskyggelegginguthevingsfarge4">
    <w:name w:val="Colorful Shading Accent 4"/>
    <w:basedOn w:val="Vanligtabel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argerikskyggelegginguthevingsfarge5">
    <w:name w:val="Colorful Shading Accent 5"/>
    <w:basedOn w:val="Vanligtabel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argerikskyggelegginguthevingsfarge6">
    <w:name w:val="Colorful Shading Accent 6"/>
    <w:basedOn w:val="Vanligtabel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argerikliste">
    <w:name w:val="Colorful List"/>
    <w:basedOn w:val="Vanligtabel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geriklisteuthevingsfarge1">
    <w:name w:val="Colorful List Accent 1"/>
    <w:basedOn w:val="Vanligtabel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argeriklisteuthevingsfarge2">
    <w:name w:val="Colorful List Accent 2"/>
    <w:basedOn w:val="Vanligtabel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argeriklisteuthevingsfarge3">
    <w:name w:val="Colorful List Accent 3"/>
    <w:basedOn w:val="Vanligtabel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argeriklisteuthevingsfarge4">
    <w:name w:val="Colorful List Accent 4"/>
    <w:basedOn w:val="Vanligtabel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argeriklisteuthevingsfarge5">
    <w:name w:val="Colorful List Accent 5"/>
    <w:basedOn w:val="Vanligtabel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argeriklisteuthevingsfarge6">
    <w:name w:val="Colorful List Accent 6"/>
    <w:basedOn w:val="Vanligtabel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argeriktrutenett">
    <w:name w:val="Colorful Grid"/>
    <w:basedOn w:val="Vanlig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geriktrutenettuthevingsfarge1">
    <w:name w:val="Colorful Grid Accent 1"/>
    <w:basedOn w:val="Vanlig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argeriktrutenettuthevingsfarge2">
    <w:name w:val="Colorful Grid Accent 2"/>
    <w:basedOn w:val="Vanlig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argeriktrutenettuthevingsfarge3">
    <w:name w:val="Colorful Grid Accent 3"/>
    <w:basedOn w:val="Vanlig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argeriktrutenettuthevingsfarge4">
    <w:name w:val="Colorful Grid Accent 4"/>
    <w:basedOn w:val="Vanlig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argeriktrutenettuthevingsfarge5">
    <w:name w:val="Colorful Grid Accent 5"/>
    <w:basedOn w:val="Vanlig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argeriktrutenettuthevingsfarge6">
    <w:name w:val="Colorful Grid Accent 6"/>
    <w:basedOn w:val="Vanlig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1</Pages>
  <Words>118</Words>
  <Characters>678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795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Ingmar Iversen</cp:lastModifiedBy>
  <cp:revision>3</cp:revision>
  <dcterms:created xsi:type="dcterms:W3CDTF">2025-12-08T12:22:00Z</dcterms:created>
  <dcterms:modified xsi:type="dcterms:W3CDTF">2025-12-08T12:22:00Z</dcterms:modified>
  <cp:category/>
</cp:coreProperties>
</file>