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23FD7FB2" w14:textId="749AEA17" w:rsidR="0068468B" w:rsidRPr="0068468B" w:rsidRDefault="00DD106D" w:rsidP="0068468B">
      <w:pPr>
        <w:rPr>
          <w:b/>
          <w:bCs/>
          <w:color w:val="EE0000"/>
          <w:sz w:val="32"/>
          <w:szCs w:val="32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MOTORSKADE – STEMPEL HAVARI</w:t>
      </w:r>
    </w:p>
    <w:p w14:paraId="1202A723" w14:textId="77777777" w:rsidR="00DD106D" w:rsidRPr="00DD106D" w:rsidRDefault="00DD106D" w:rsidP="00DD106D">
      <w:pPr>
        <w:rPr>
          <w:b/>
          <w:bCs/>
          <w:color w:val="000000" w:themeColor="text1"/>
          <w:sz w:val="24"/>
          <w:szCs w:val="24"/>
          <w:lang w:val="nb-NO"/>
        </w:rPr>
      </w:pPr>
      <w:r w:rsidRPr="00DD106D">
        <w:rPr>
          <w:b/>
          <w:bCs/>
          <w:color w:val="000000" w:themeColor="text1"/>
          <w:sz w:val="24"/>
          <w:szCs w:val="24"/>
          <w:lang w:val="nb-NO"/>
        </w:rPr>
        <w:t>Stempelskader og havari</w:t>
      </w:r>
    </w:p>
    <w:p w14:paraId="460897BF" w14:textId="06BFB923" w:rsidR="008D2EE2" w:rsidRDefault="00DD106D" w:rsidP="008D2EE2">
      <w:pPr>
        <w:rPr>
          <w:b/>
          <w:bCs/>
          <w:color w:val="000000" w:themeColor="text1"/>
          <w:sz w:val="24"/>
          <w:szCs w:val="24"/>
          <w:lang w:val="nb-NO"/>
        </w:rPr>
      </w:pPr>
      <w:r w:rsidRPr="00DD106D">
        <w:rPr>
          <w:b/>
          <w:bCs/>
          <w:color w:val="000000" w:themeColor="text1"/>
          <w:sz w:val="24"/>
          <w:szCs w:val="24"/>
          <w:lang w:val="nb-NO"/>
        </w:rPr>
        <w:t xml:space="preserve">Etter havari må du alltid finne årsaken til skaden. Ofte skyldes dette drivstoffsystemet, og forurensninger eller stor </w:t>
      </w:r>
      <w:r w:rsidRPr="00DD106D">
        <w:rPr>
          <w:b/>
          <w:bCs/>
          <w:color w:val="000000" w:themeColor="text1"/>
          <w:sz w:val="24"/>
          <w:szCs w:val="24"/>
          <w:lang w:val="nb-NO"/>
        </w:rPr>
        <w:t>slitasje</w:t>
      </w:r>
      <w:r w:rsidRPr="00DD106D">
        <w:rPr>
          <w:b/>
          <w:bCs/>
          <w:color w:val="000000" w:themeColor="text1"/>
          <w:sz w:val="24"/>
          <w:szCs w:val="24"/>
          <w:lang w:val="nb-NO"/>
        </w:rPr>
        <w:t xml:space="preserve">. Selv om du har filter kan partikler, bakterier etc. komme igjennom å forårsake skade. Ved skade i motor eller ved faste intervaller oppfordrer vi at du </w:t>
      </w:r>
      <w:r>
        <w:rPr>
          <w:b/>
          <w:bCs/>
          <w:color w:val="000000" w:themeColor="text1"/>
          <w:sz w:val="24"/>
          <w:szCs w:val="24"/>
          <w:lang w:val="nb-NO"/>
        </w:rPr>
        <w:t>kontrollerer dieseltank(er) for</w:t>
      </w:r>
      <w:r w:rsidRPr="00DD106D">
        <w:rPr>
          <w:b/>
          <w:bCs/>
          <w:color w:val="000000" w:themeColor="text1"/>
          <w:sz w:val="24"/>
          <w:szCs w:val="24"/>
          <w:lang w:val="nb-NO"/>
        </w:rPr>
        <w:t xml:space="preserve"> forurensninger. Ofte kommer skader tilbake fordi dieselsystemet er </w:t>
      </w:r>
      <w:r w:rsidRPr="00DD106D">
        <w:rPr>
          <w:b/>
          <w:bCs/>
          <w:color w:val="000000" w:themeColor="text1"/>
          <w:sz w:val="24"/>
          <w:szCs w:val="24"/>
          <w:lang w:val="nb-NO"/>
        </w:rPr>
        <w:t>forurenset</w:t>
      </w:r>
      <w:r w:rsidRPr="00DD106D">
        <w:rPr>
          <w:b/>
          <w:bCs/>
          <w:color w:val="000000" w:themeColor="text1"/>
          <w:sz w:val="24"/>
          <w:szCs w:val="24"/>
          <w:lang w:val="nb-NO"/>
        </w:rPr>
        <w:t xml:space="preserve"> og dieselsystemet fungerer dermed ikke som det skal.</w:t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  <w:t xml:space="preserve">Biologisk slam eller film er ikke faste partikler. De kan derfor passere finfilter i lange strenger for så å klumpe seg sammen i dieselsystemet. Det er derfor spesielt viktig å ha kontroll på om det er mikroorganismer i systemet (tanken). </w:t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  <w:t xml:space="preserve">Spesielt </w:t>
      </w:r>
      <w:proofErr w:type="spellStart"/>
      <w:r>
        <w:rPr>
          <w:b/>
          <w:bCs/>
          <w:color w:val="000000" w:themeColor="text1"/>
          <w:sz w:val="24"/>
          <w:szCs w:val="24"/>
          <w:lang w:val="nb-NO"/>
        </w:rPr>
        <w:t>common</w:t>
      </w:r>
      <w:proofErr w:type="spellEnd"/>
      <w:r>
        <w:rPr>
          <w:b/>
          <w:bCs/>
          <w:color w:val="000000" w:themeColor="text1"/>
          <w:sz w:val="24"/>
          <w:szCs w:val="24"/>
          <w:lang w:val="nb-NO"/>
        </w:rPr>
        <w:t xml:space="preserve"> </w:t>
      </w:r>
      <w:proofErr w:type="spellStart"/>
      <w:r>
        <w:rPr>
          <w:b/>
          <w:bCs/>
          <w:color w:val="000000" w:themeColor="text1"/>
          <w:sz w:val="24"/>
          <w:szCs w:val="24"/>
          <w:lang w:val="nb-NO"/>
        </w:rPr>
        <w:t>rail</w:t>
      </w:r>
      <w:proofErr w:type="spellEnd"/>
      <w:r>
        <w:rPr>
          <w:b/>
          <w:bCs/>
          <w:color w:val="000000" w:themeColor="text1"/>
          <w:sz w:val="24"/>
          <w:szCs w:val="24"/>
          <w:lang w:val="nb-NO"/>
        </w:rPr>
        <w:t xml:space="preserve"> systemet tar skade av dette da det er mikroskopiske pasninger i komponentene. </w:t>
      </w:r>
    </w:p>
    <w:p w14:paraId="46C520A7" w14:textId="77777777" w:rsidR="00DD106D" w:rsidRPr="008D2EE2" w:rsidRDefault="00DD106D" w:rsidP="008D2EE2">
      <w:pPr>
        <w:rPr>
          <w:b/>
          <w:bCs/>
          <w:color w:val="000000" w:themeColor="text1"/>
          <w:sz w:val="24"/>
          <w:szCs w:val="24"/>
          <w:lang w:val="nb-NO"/>
        </w:rPr>
      </w:pPr>
    </w:p>
    <w:p w14:paraId="5A9005FC" w14:textId="2F0FABA1" w:rsidR="00FD0653" w:rsidRPr="003646A3" w:rsidRDefault="00DD106D" w:rsidP="00DD106D">
      <w:pPr>
        <w:jc w:val="center"/>
        <w:rPr>
          <w:lang w:val="nb-NO"/>
        </w:rPr>
      </w:pPr>
      <w:r>
        <w:rPr>
          <w:noProof/>
        </w:rPr>
        <w:drawing>
          <wp:inline distT="0" distB="0" distL="0" distR="0" wp14:anchorId="59EB349D" wp14:editId="07BED4D8">
            <wp:extent cx="1840170" cy="3271416"/>
            <wp:effectExtent l="8255" t="0" r="0" b="0"/>
            <wp:docPr id="262812533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853150" cy="3294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0653" w:rsidRPr="003646A3" w:rsidSect="003646A3">
      <w:headerReference w:type="default" r:id="rId9"/>
      <w:footerReference w:type="default" r:id="rId10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754EA" w14:textId="77777777" w:rsidR="00200857" w:rsidRDefault="00200857" w:rsidP="003646A3">
      <w:pPr>
        <w:spacing w:after="0" w:line="240" w:lineRule="auto"/>
      </w:pPr>
      <w:r>
        <w:separator/>
      </w:r>
    </w:p>
  </w:endnote>
  <w:endnote w:type="continuationSeparator" w:id="0">
    <w:p w14:paraId="42D68451" w14:textId="77777777" w:rsidR="00200857" w:rsidRDefault="00200857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66431" w14:textId="77777777" w:rsidR="00200857" w:rsidRDefault="00200857" w:rsidP="003646A3">
      <w:pPr>
        <w:spacing w:after="0" w:line="240" w:lineRule="auto"/>
      </w:pPr>
      <w:r>
        <w:separator/>
      </w:r>
    </w:p>
  </w:footnote>
  <w:footnote w:type="continuationSeparator" w:id="0">
    <w:p w14:paraId="470836B6" w14:textId="77777777" w:rsidR="00200857" w:rsidRDefault="00200857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066"/>
    <w:rsid w:val="00200857"/>
    <w:rsid w:val="0029639D"/>
    <w:rsid w:val="00326F90"/>
    <w:rsid w:val="003646A3"/>
    <w:rsid w:val="00407B02"/>
    <w:rsid w:val="004335B5"/>
    <w:rsid w:val="004767BB"/>
    <w:rsid w:val="005C7451"/>
    <w:rsid w:val="0068468B"/>
    <w:rsid w:val="008D2EE2"/>
    <w:rsid w:val="00AA1D8D"/>
    <w:rsid w:val="00B47730"/>
    <w:rsid w:val="00C96D5B"/>
    <w:rsid w:val="00CB0664"/>
    <w:rsid w:val="00DD106D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2025-12-08T12:56:00Z</dcterms:created>
  <dcterms:modified xsi:type="dcterms:W3CDTF">2025-12-08T12:56:00Z</dcterms:modified>
  <cp:category/>
</cp:coreProperties>
</file>