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ED04" w14:textId="77777777" w:rsidR="003646A3" w:rsidRDefault="003646A3">
      <w:pPr>
        <w:rPr>
          <w:color w:val="EE0000"/>
          <w:sz w:val="32"/>
          <w:szCs w:val="32"/>
          <w:lang w:val="nb-NO"/>
        </w:rPr>
      </w:pPr>
    </w:p>
    <w:p w14:paraId="5A9005FC" w14:textId="662FCDC7" w:rsidR="00FD0653" w:rsidRDefault="00A25DF1">
      <w:pPr>
        <w:rPr>
          <w:b/>
          <w:bCs/>
          <w:color w:val="EE0000"/>
          <w:sz w:val="32"/>
          <w:szCs w:val="32"/>
          <w:lang w:val="nb-NO"/>
        </w:rPr>
      </w:pPr>
      <w:r>
        <w:rPr>
          <w:b/>
          <w:bCs/>
          <w:color w:val="EE0000"/>
          <w:sz w:val="32"/>
          <w:szCs w:val="32"/>
          <w:lang w:val="nb-NO"/>
        </w:rPr>
        <w:t>VARM – OVEROPPHETET FORBRENNING</w:t>
      </w:r>
    </w:p>
    <w:p w14:paraId="704120B3" w14:textId="10B29CE1" w:rsidR="00AB7CE7" w:rsidRPr="00AB7CE7" w:rsidRDefault="00AB7CE7" w:rsidP="00AB7CE7">
      <w:pPr>
        <w:rPr>
          <w:color w:val="000000" w:themeColor="text1"/>
          <w:lang w:val="nb-NO"/>
        </w:rPr>
      </w:pPr>
      <w:r>
        <w:rPr>
          <w:b/>
          <w:bCs/>
          <w:color w:val="000000" w:themeColor="text1"/>
          <w:sz w:val="24"/>
          <w:szCs w:val="24"/>
          <w:lang w:val="nb-NO"/>
        </w:rPr>
        <w:t>S</w:t>
      </w:r>
      <w:r w:rsidRPr="00AB7CE7">
        <w:rPr>
          <w:b/>
          <w:bCs/>
          <w:color w:val="000000" w:themeColor="text1"/>
          <w:sz w:val="24"/>
          <w:szCs w:val="24"/>
          <w:lang w:val="nb-NO"/>
        </w:rPr>
        <w:t xml:space="preserve">litte dysehull kan både føre til varmere forbrenning </w:t>
      </w:r>
      <w:r w:rsidRPr="00AB7CE7">
        <w:rPr>
          <w:b/>
          <w:bCs/>
          <w:i/>
          <w:iCs/>
          <w:color w:val="000000" w:themeColor="text1"/>
          <w:sz w:val="24"/>
          <w:szCs w:val="24"/>
          <w:lang w:val="nb-NO"/>
        </w:rPr>
        <w:t>og</w:t>
      </w:r>
      <w:r w:rsidRPr="00AB7CE7">
        <w:rPr>
          <w:b/>
          <w:bCs/>
          <w:color w:val="000000" w:themeColor="text1"/>
          <w:sz w:val="24"/>
          <w:szCs w:val="24"/>
          <w:lang w:val="nb-NO"/>
        </w:rPr>
        <w:t xml:space="preserve"> at dysespissen/nåla “kniper” fordi klaringen i dysespissen endrer seg.</w:t>
      </w:r>
      <w:r>
        <w:rPr>
          <w:b/>
          <w:bCs/>
          <w:color w:val="000000" w:themeColor="text1"/>
          <w:sz w:val="24"/>
          <w:szCs w:val="24"/>
          <w:lang w:val="nb-NO"/>
        </w:rPr>
        <w:t xml:space="preserve"> Innblanding av bensin kan også føre til at forbrenningstemperaturen øker noe som kan gi følgeskader for dysespissen.</w:t>
      </w:r>
      <w:r>
        <w:rPr>
          <w:b/>
          <w:bCs/>
          <w:color w:val="000000" w:themeColor="text1"/>
          <w:sz w:val="24"/>
          <w:szCs w:val="24"/>
          <w:lang w:val="nb-NO"/>
        </w:rPr>
        <w:br/>
      </w:r>
      <w:r w:rsidRPr="00AB7CE7">
        <w:rPr>
          <w:color w:val="000000" w:themeColor="text1"/>
          <w:sz w:val="24"/>
          <w:szCs w:val="24"/>
          <w:lang w:val="nb-NO"/>
        </w:rPr>
        <w:br/>
        <w:t>Dette er et viktig, men ofte undervurdert problem</w:t>
      </w:r>
      <w:r>
        <w:rPr>
          <w:color w:val="000000" w:themeColor="text1"/>
          <w:sz w:val="24"/>
          <w:szCs w:val="24"/>
          <w:lang w:val="nb-NO"/>
        </w:rPr>
        <w:t xml:space="preserve">. I </w:t>
      </w:r>
      <w:proofErr w:type="spellStart"/>
      <w:r>
        <w:rPr>
          <w:color w:val="000000" w:themeColor="text1"/>
          <w:sz w:val="24"/>
          <w:szCs w:val="24"/>
          <w:lang w:val="nb-NO"/>
        </w:rPr>
        <w:t>common</w:t>
      </w:r>
      <w:proofErr w:type="spellEnd"/>
      <w:r>
        <w:rPr>
          <w:color w:val="000000" w:themeColor="text1"/>
          <w:sz w:val="24"/>
          <w:szCs w:val="24"/>
          <w:lang w:val="nb-NO"/>
        </w:rPr>
        <w:t xml:space="preserve"> </w:t>
      </w:r>
      <w:proofErr w:type="spellStart"/>
      <w:r>
        <w:rPr>
          <w:color w:val="000000" w:themeColor="text1"/>
          <w:sz w:val="24"/>
          <w:szCs w:val="24"/>
          <w:lang w:val="nb-NO"/>
        </w:rPr>
        <w:t>rail</w:t>
      </w:r>
      <w:proofErr w:type="spellEnd"/>
      <w:r>
        <w:rPr>
          <w:color w:val="000000" w:themeColor="text1"/>
          <w:sz w:val="24"/>
          <w:szCs w:val="24"/>
          <w:lang w:val="nb-NO"/>
        </w:rPr>
        <w:t xml:space="preserve"> systemer (Særlig Bosch) er det veldig små klaringer. Når dysespissen varmes opp blir klaringene mindre pga. utvidelse av metallet. Blir dysespissen for varm kan de lage akutt slitasje som </w:t>
      </w:r>
      <w:r w:rsidRPr="00AB7CE7">
        <w:rPr>
          <w:color w:val="000000" w:themeColor="text1"/>
          <w:lang w:val="nb-NO"/>
        </w:rPr>
        <w:t>betyr at to metallflater med marginal smøring begynner å:</w:t>
      </w:r>
    </w:p>
    <w:p w14:paraId="1C1D17DA" w14:textId="77777777" w:rsidR="00AB7CE7" w:rsidRDefault="00AB7CE7" w:rsidP="00AB7CE7">
      <w:pPr>
        <w:pStyle w:val="Listeavsnitt"/>
        <w:numPr>
          <w:ilvl w:val="0"/>
          <w:numId w:val="35"/>
        </w:numPr>
        <w:rPr>
          <w:color w:val="000000" w:themeColor="text1"/>
          <w:sz w:val="24"/>
          <w:szCs w:val="24"/>
          <w:lang w:val="nb-NO"/>
        </w:rPr>
      </w:pPr>
      <w:r w:rsidRPr="00AB7CE7">
        <w:rPr>
          <w:color w:val="000000" w:themeColor="text1"/>
          <w:sz w:val="24"/>
          <w:szCs w:val="24"/>
          <w:lang w:val="nb-NO"/>
        </w:rPr>
        <w:t>R</w:t>
      </w:r>
      <w:r w:rsidRPr="00AB7CE7">
        <w:rPr>
          <w:color w:val="000000" w:themeColor="text1"/>
          <w:sz w:val="24"/>
          <w:szCs w:val="24"/>
          <w:lang w:val="nb-NO"/>
        </w:rPr>
        <w:t>ive av mikropartikler</w:t>
      </w:r>
      <w:r w:rsidRPr="00AB7CE7">
        <w:rPr>
          <w:color w:val="000000" w:themeColor="text1"/>
          <w:sz w:val="24"/>
          <w:szCs w:val="24"/>
          <w:lang w:val="nb-NO"/>
        </w:rPr>
        <w:t xml:space="preserve"> </w:t>
      </w:r>
    </w:p>
    <w:p w14:paraId="7080FDF3" w14:textId="77777777" w:rsidR="00AB7CE7" w:rsidRDefault="00AB7CE7" w:rsidP="00AB7CE7">
      <w:pPr>
        <w:pStyle w:val="Listeavsnitt"/>
        <w:numPr>
          <w:ilvl w:val="0"/>
          <w:numId w:val="35"/>
        </w:numPr>
        <w:rPr>
          <w:color w:val="000000" w:themeColor="text1"/>
          <w:sz w:val="24"/>
          <w:szCs w:val="24"/>
          <w:lang w:val="nb-NO"/>
        </w:rPr>
      </w:pPr>
      <w:r w:rsidRPr="00AB7CE7">
        <w:rPr>
          <w:color w:val="000000" w:themeColor="text1"/>
          <w:sz w:val="24"/>
          <w:szCs w:val="24"/>
          <w:lang w:val="nb-NO"/>
        </w:rPr>
        <w:t>S</w:t>
      </w:r>
      <w:r w:rsidRPr="00AB7CE7">
        <w:rPr>
          <w:color w:val="000000" w:themeColor="text1"/>
          <w:sz w:val="24"/>
          <w:szCs w:val="24"/>
          <w:lang w:val="nb-NO"/>
        </w:rPr>
        <w:t>melte/klebe seg sammen lokalt</w:t>
      </w:r>
      <w:r w:rsidRPr="00AB7CE7">
        <w:rPr>
          <w:color w:val="000000" w:themeColor="text1"/>
          <w:sz w:val="24"/>
          <w:szCs w:val="24"/>
          <w:lang w:val="nb-NO"/>
        </w:rPr>
        <w:t xml:space="preserve"> </w:t>
      </w:r>
    </w:p>
    <w:p w14:paraId="2399961F" w14:textId="77777777" w:rsidR="00AB7CE7" w:rsidRDefault="00AB7CE7" w:rsidP="00AB7CE7">
      <w:pPr>
        <w:pStyle w:val="Listeavsnitt"/>
        <w:numPr>
          <w:ilvl w:val="0"/>
          <w:numId w:val="35"/>
        </w:numPr>
        <w:rPr>
          <w:color w:val="000000" w:themeColor="text1"/>
          <w:sz w:val="24"/>
          <w:szCs w:val="24"/>
          <w:lang w:val="nb-NO"/>
        </w:rPr>
      </w:pPr>
      <w:r w:rsidRPr="00AB7CE7">
        <w:rPr>
          <w:color w:val="000000" w:themeColor="text1"/>
          <w:sz w:val="24"/>
          <w:szCs w:val="24"/>
          <w:lang w:val="nb-NO"/>
        </w:rPr>
        <w:t>S</w:t>
      </w:r>
      <w:r w:rsidRPr="00AB7CE7">
        <w:rPr>
          <w:color w:val="000000" w:themeColor="text1"/>
          <w:sz w:val="24"/>
          <w:szCs w:val="24"/>
          <w:lang w:val="nb-NO"/>
        </w:rPr>
        <w:t>kape friksjonsvarme</w:t>
      </w:r>
      <w:r w:rsidRPr="00AB7CE7">
        <w:rPr>
          <w:color w:val="000000" w:themeColor="text1"/>
          <w:sz w:val="24"/>
          <w:szCs w:val="24"/>
          <w:lang w:val="nb-NO"/>
        </w:rPr>
        <w:t xml:space="preserve"> </w:t>
      </w:r>
    </w:p>
    <w:p w14:paraId="73010AC4" w14:textId="1F9B4B04" w:rsidR="00AB7CE7" w:rsidRDefault="00AB7CE7" w:rsidP="00AB7CE7">
      <w:pPr>
        <w:pStyle w:val="Listeavsnitt"/>
        <w:numPr>
          <w:ilvl w:val="0"/>
          <w:numId w:val="35"/>
        </w:numPr>
        <w:rPr>
          <w:color w:val="000000" w:themeColor="text1"/>
          <w:sz w:val="24"/>
          <w:szCs w:val="24"/>
          <w:lang w:val="nb-NO"/>
        </w:rPr>
      </w:pPr>
      <w:r w:rsidRPr="00AB7CE7">
        <w:rPr>
          <w:color w:val="000000" w:themeColor="text1"/>
          <w:sz w:val="24"/>
          <w:szCs w:val="24"/>
          <w:lang w:val="nb-NO"/>
        </w:rPr>
        <w:t>K</w:t>
      </w:r>
      <w:r w:rsidRPr="00AB7CE7">
        <w:rPr>
          <w:color w:val="000000" w:themeColor="text1"/>
          <w:sz w:val="24"/>
          <w:szCs w:val="24"/>
          <w:lang w:val="nb-NO"/>
        </w:rPr>
        <w:t>ile seg fast</w:t>
      </w:r>
    </w:p>
    <w:p w14:paraId="47AC61DF" w14:textId="0613BDE3" w:rsidR="00AB7CE7" w:rsidRDefault="00AB7CE7" w:rsidP="00AB7CE7">
      <w:pPr>
        <w:rPr>
          <w:color w:val="000000" w:themeColor="text1"/>
          <w:sz w:val="24"/>
          <w:szCs w:val="24"/>
          <w:lang w:val="nb-NO"/>
        </w:rPr>
      </w:pPr>
      <w:r>
        <w:rPr>
          <w:color w:val="000000" w:themeColor="text1"/>
          <w:sz w:val="24"/>
          <w:szCs w:val="24"/>
          <w:lang w:val="nb-NO"/>
        </w:rPr>
        <w:t>Om dysespissen har fått blåfarget, er det særlig fare for at dette kan ha skjedd. Dysespiss og nål må derfor inspiseres grundig under mikroskop for å se etter skader.</w:t>
      </w:r>
    </w:p>
    <w:p w14:paraId="096F3D40" w14:textId="7D943647" w:rsidR="00AB7CE7" w:rsidRPr="00AB7CE7" w:rsidRDefault="00AB7CE7" w:rsidP="00AB7CE7">
      <w:pPr>
        <w:rPr>
          <w:b/>
          <w:bCs/>
          <w:color w:val="000000" w:themeColor="text1"/>
          <w:sz w:val="24"/>
          <w:szCs w:val="24"/>
          <w:lang w:val="nb-NO"/>
        </w:rPr>
      </w:pPr>
      <w:r>
        <w:rPr>
          <w:b/>
          <w:bCs/>
          <w:color w:val="000000" w:themeColor="text1"/>
          <w:sz w:val="24"/>
          <w:szCs w:val="24"/>
          <w:lang w:val="nb-NO"/>
        </w:rPr>
        <w:t>Årsaker til høyere forbrenningstemperatur:</w:t>
      </w:r>
    </w:p>
    <w:p w14:paraId="5EA73B6B" w14:textId="77777777" w:rsidR="00AB7CE7" w:rsidRPr="00AB7CE7" w:rsidRDefault="00AB7CE7" w:rsidP="00AB7CE7">
      <w:pPr>
        <w:rPr>
          <w:b/>
          <w:bCs/>
          <w:color w:val="000000" w:themeColor="text1"/>
          <w:sz w:val="24"/>
          <w:szCs w:val="24"/>
          <w:lang w:val="nb-NO"/>
        </w:rPr>
      </w:pPr>
      <w:r w:rsidRPr="00AB7CE7">
        <w:rPr>
          <w:b/>
          <w:bCs/>
          <w:color w:val="000000" w:themeColor="text1"/>
          <w:sz w:val="24"/>
          <w:szCs w:val="24"/>
          <w:lang w:val="nb-NO"/>
        </w:rPr>
        <w:t>A) For mye diesel i et område (</w:t>
      </w:r>
      <w:proofErr w:type="spellStart"/>
      <w:r w:rsidRPr="00AB7CE7">
        <w:rPr>
          <w:b/>
          <w:bCs/>
          <w:color w:val="000000" w:themeColor="text1"/>
          <w:sz w:val="24"/>
          <w:szCs w:val="24"/>
          <w:lang w:val="nb-NO"/>
        </w:rPr>
        <w:t>overfueling</w:t>
      </w:r>
      <w:proofErr w:type="spellEnd"/>
      <w:r w:rsidRPr="00AB7CE7">
        <w:rPr>
          <w:b/>
          <w:bCs/>
          <w:color w:val="000000" w:themeColor="text1"/>
          <w:sz w:val="24"/>
          <w:szCs w:val="24"/>
          <w:lang w:val="nb-NO"/>
        </w:rPr>
        <w:t>)</w:t>
      </w:r>
    </w:p>
    <w:p w14:paraId="39AECB1F" w14:textId="77777777" w:rsidR="00AB7CE7" w:rsidRDefault="00AB7CE7" w:rsidP="00AB7CE7">
      <w:pPr>
        <w:pStyle w:val="Listeavsnitt"/>
        <w:numPr>
          <w:ilvl w:val="0"/>
          <w:numId w:val="40"/>
        </w:numPr>
        <w:rPr>
          <w:color w:val="000000" w:themeColor="text1"/>
          <w:sz w:val="24"/>
          <w:szCs w:val="24"/>
          <w:lang w:val="nb-NO"/>
        </w:rPr>
      </w:pPr>
      <w:r w:rsidRPr="00AB7CE7">
        <w:rPr>
          <w:color w:val="000000" w:themeColor="text1"/>
          <w:sz w:val="24"/>
          <w:szCs w:val="24"/>
          <w:lang w:val="nb-NO"/>
        </w:rPr>
        <w:t>Mer kjemisk energi → mer varme</w:t>
      </w:r>
      <w:r w:rsidRPr="00AB7CE7">
        <w:rPr>
          <w:color w:val="000000" w:themeColor="text1"/>
          <w:sz w:val="24"/>
          <w:szCs w:val="24"/>
          <w:lang w:val="nb-NO"/>
        </w:rPr>
        <w:t xml:space="preserve"> </w:t>
      </w:r>
    </w:p>
    <w:p w14:paraId="0B9E3E54" w14:textId="1080D66D" w:rsidR="00AB7CE7" w:rsidRPr="00AB7CE7" w:rsidRDefault="00AB7CE7" w:rsidP="00AB7CE7">
      <w:pPr>
        <w:pStyle w:val="Listeavsnitt"/>
        <w:numPr>
          <w:ilvl w:val="0"/>
          <w:numId w:val="40"/>
        </w:numPr>
        <w:rPr>
          <w:color w:val="000000" w:themeColor="text1"/>
          <w:sz w:val="24"/>
          <w:szCs w:val="24"/>
          <w:lang w:val="nb-NO"/>
        </w:rPr>
      </w:pPr>
      <w:r w:rsidRPr="00AB7CE7">
        <w:rPr>
          <w:color w:val="000000" w:themeColor="text1"/>
          <w:sz w:val="24"/>
          <w:szCs w:val="24"/>
          <w:lang w:val="nb-NO"/>
        </w:rPr>
        <w:t>Gir rike soner → sot → strålevarme (veldig skadelig for stempel/dyse)</w:t>
      </w:r>
    </w:p>
    <w:p w14:paraId="50C9C14E" w14:textId="77777777" w:rsidR="00AB7CE7" w:rsidRPr="00AB7CE7" w:rsidRDefault="00AB7CE7" w:rsidP="00AB7CE7">
      <w:pPr>
        <w:rPr>
          <w:b/>
          <w:bCs/>
          <w:color w:val="000000" w:themeColor="text1"/>
          <w:sz w:val="24"/>
          <w:szCs w:val="24"/>
          <w:lang w:val="nb-NO"/>
        </w:rPr>
      </w:pPr>
      <w:r w:rsidRPr="00AB7CE7">
        <w:rPr>
          <w:b/>
          <w:bCs/>
          <w:color w:val="000000" w:themeColor="text1"/>
          <w:sz w:val="24"/>
          <w:szCs w:val="24"/>
          <w:lang w:val="nb-NO"/>
        </w:rPr>
        <w:t>B) Feil innsprøytningstidspunkt (avansert timing)</w:t>
      </w:r>
    </w:p>
    <w:p w14:paraId="6709AE4B" w14:textId="61BDBB5A" w:rsidR="00AB7CE7" w:rsidRPr="00AB7CE7" w:rsidRDefault="00AB7CE7" w:rsidP="00AB7CE7">
      <w:pPr>
        <w:pStyle w:val="Listeavsnitt"/>
        <w:numPr>
          <w:ilvl w:val="0"/>
          <w:numId w:val="41"/>
        </w:numPr>
        <w:rPr>
          <w:color w:val="000000" w:themeColor="text1"/>
          <w:sz w:val="24"/>
          <w:szCs w:val="24"/>
          <w:lang w:val="nb-NO"/>
        </w:rPr>
      </w:pPr>
      <w:r>
        <w:rPr>
          <w:color w:val="000000" w:themeColor="text1"/>
          <w:sz w:val="24"/>
          <w:szCs w:val="24"/>
          <w:lang w:val="nb-NO"/>
        </w:rPr>
        <w:t>I</w:t>
      </w:r>
      <w:r w:rsidRPr="00AB7CE7">
        <w:rPr>
          <w:color w:val="000000" w:themeColor="text1"/>
          <w:sz w:val="24"/>
          <w:szCs w:val="24"/>
          <w:lang w:val="nb-NO"/>
        </w:rPr>
        <w:t>nnsprøytningen skjer for tidlig</w:t>
      </w:r>
      <w:r>
        <w:rPr>
          <w:color w:val="000000" w:themeColor="text1"/>
          <w:sz w:val="24"/>
          <w:szCs w:val="24"/>
          <w:lang w:val="nb-NO"/>
        </w:rPr>
        <w:t xml:space="preserve"> </w:t>
      </w:r>
      <w:r w:rsidRPr="00AB7CE7">
        <w:rPr>
          <w:color w:val="000000" w:themeColor="text1"/>
          <w:sz w:val="24"/>
          <w:szCs w:val="24"/>
          <w:lang w:val="nb-NO"/>
        </w:rPr>
        <w:t xml:space="preserve">→ mer </w:t>
      </w:r>
      <w:proofErr w:type="spellStart"/>
      <w:r w:rsidR="005B6125">
        <w:rPr>
          <w:color w:val="000000" w:themeColor="text1"/>
          <w:sz w:val="24"/>
          <w:szCs w:val="24"/>
          <w:lang w:val="nb-NO"/>
        </w:rPr>
        <w:t>peak</w:t>
      </w:r>
      <w:proofErr w:type="spellEnd"/>
      <w:r w:rsidR="005B6125">
        <w:rPr>
          <w:color w:val="000000" w:themeColor="text1"/>
          <w:sz w:val="24"/>
          <w:szCs w:val="24"/>
          <w:lang w:val="nb-NO"/>
        </w:rPr>
        <w:t xml:space="preserve"> temperatur, mer varmestråling</w:t>
      </w:r>
    </w:p>
    <w:p w14:paraId="4B48D17E" w14:textId="77777777" w:rsidR="00AB7CE7" w:rsidRPr="00AB7CE7" w:rsidRDefault="00AB7CE7" w:rsidP="00AB7CE7">
      <w:pPr>
        <w:rPr>
          <w:b/>
          <w:bCs/>
          <w:color w:val="000000" w:themeColor="text1"/>
          <w:sz w:val="24"/>
          <w:szCs w:val="24"/>
          <w:lang w:val="nb-NO"/>
        </w:rPr>
      </w:pPr>
      <w:r w:rsidRPr="00AB7CE7">
        <w:rPr>
          <w:b/>
          <w:bCs/>
          <w:color w:val="000000" w:themeColor="text1"/>
          <w:sz w:val="24"/>
          <w:szCs w:val="24"/>
          <w:lang w:val="nb-NO"/>
        </w:rPr>
        <w:t>C) Slitte / ovale dysehull</w:t>
      </w:r>
    </w:p>
    <w:p w14:paraId="2A949E47" w14:textId="77777777" w:rsidR="005B6125" w:rsidRDefault="00AB7CE7" w:rsidP="005B6125">
      <w:pPr>
        <w:pStyle w:val="Listeavsnitt"/>
        <w:numPr>
          <w:ilvl w:val="0"/>
          <w:numId w:val="41"/>
        </w:numPr>
        <w:rPr>
          <w:color w:val="000000" w:themeColor="text1"/>
          <w:sz w:val="24"/>
          <w:szCs w:val="24"/>
          <w:lang w:val="nb-NO"/>
        </w:rPr>
      </w:pPr>
      <w:r w:rsidRPr="005B6125">
        <w:rPr>
          <w:color w:val="000000" w:themeColor="text1"/>
          <w:sz w:val="24"/>
          <w:szCs w:val="24"/>
          <w:lang w:val="nb-NO"/>
        </w:rPr>
        <w:t>For dårlig forstøvning → større dråper → mer lokal varme</w:t>
      </w:r>
      <w:r w:rsidR="005B6125" w:rsidRPr="005B6125">
        <w:rPr>
          <w:color w:val="000000" w:themeColor="text1"/>
          <w:sz w:val="24"/>
          <w:szCs w:val="24"/>
          <w:lang w:val="nb-NO"/>
        </w:rPr>
        <w:t xml:space="preserve"> </w:t>
      </w:r>
    </w:p>
    <w:p w14:paraId="76AD3A4F" w14:textId="287EFBF5" w:rsidR="00AB7CE7" w:rsidRPr="005B6125" w:rsidRDefault="00AB7CE7" w:rsidP="005B6125">
      <w:pPr>
        <w:pStyle w:val="Listeavsnitt"/>
        <w:numPr>
          <w:ilvl w:val="0"/>
          <w:numId w:val="41"/>
        </w:numPr>
        <w:rPr>
          <w:color w:val="000000" w:themeColor="text1"/>
          <w:sz w:val="24"/>
          <w:szCs w:val="24"/>
          <w:lang w:val="nb-NO"/>
        </w:rPr>
      </w:pPr>
      <w:r w:rsidRPr="005B6125">
        <w:rPr>
          <w:color w:val="000000" w:themeColor="text1"/>
          <w:sz w:val="24"/>
          <w:szCs w:val="24"/>
          <w:lang w:val="nb-NO"/>
        </w:rPr>
        <w:t>Smalere stråle → flammen kommer nær dysespiss/stempel</w:t>
      </w:r>
    </w:p>
    <w:p w14:paraId="75305673" w14:textId="77777777" w:rsidR="005B6125" w:rsidRDefault="005B6125" w:rsidP="00AB7CE7">
      <w:pPr>
        <w:rPr>
          <w:b/>
          <w:bCs/>
          <w:color w:val="000000" w:themeColor="text1"/>
          <w:sz w:val="24"/>
          <w:szCs w:val="24"/>
          <w:lang w:val="nb-NO"/>
        </w:rPr>
      </w:pPr>
    </w:p>
    <w:p w14:paraId="4A7BF0BB" w14:textId="77777777" w:rsidR="005B6125" w:rsidRDefault="005B6125" w:rsidP="00AB7CE7">
      <w:pPr>
        <w:rPr>
          <w:b/>
          <w:bCs/>
          <w:color w:val="000000" w:themeColor="text1"/>
          <w:sz w:val="24"/>
          <w:szCs w:val="24"/>
          <w:lang w:val="nb-NO"/>
        </w:rPr>
      </w:pPr>
    </w:p>
    <w:p w14:paraId="1720FF25" w14:textId="77777777" w:rsidR="005B6125" w:rsidRDefault="005B6125" w:rsidP="00AB7CE7">
      <w:pPr>
        <w:rPr>
          <w:b/>
          <w:bCs/>
          <w:color w:val="000000" w:themeColor="text1"/>
          <w:sz w:val="24"/>
          <w:szCs w:val="24"/>
          <w:lang w:val="nb-NO"/>
        </w:rPr>
      </w:pPr>
    </w:p>
    <w:p w14:paraId="6EA2F2CA" w14:textId="0FCF19E4" w:rsidR="00AB7CE7" w:rsidRPr="00AB7CE7" w:rsidRDefault="00AB7CE7" w:rsidP="00AB7CE7">
      <w:pPr>
        <w:rPr>
          <w:b/>
          <w:bCs/>
          <w:color w:val="000000" w:themeColor="text1"/>
          <w:sz w:val="24"/>
          <w:szCs w:val="24"/>
          <w:lang w:val="nb-NO"/>
        </w:rPr>
      </w:pPr>
      <w:r w:rsidRPr="00AB7CE7">
        <w:rPr>
          <w:b/>
          <w:bCs/>
          <w:color w:val="000000" w:themeColor="text1"/>
          <w:sz w:val="24"/>
          <w:szCs w:val="24"/>
          <w:lang w:val="nb-NO"/>
        </w:rPr>
        <w:t>D) Hengende / delvis hengende dyse</w:t>
      </w:r>
    </w:p>
    <w:p w14:paraId="7C492697" w14:textId="77777777" w:rsidR="00AB7CE7" w:rsidRDefault="00AB7CE7" w:rsidP="00AB7CE7">
      <w:pPr>
        <w:numPr>
          <w:ilvl w:val="0"/>
          <w:numId w:val="39"/>
        </w:numPr>
        <w:rPr>
          <w:color w:val="000000" w:themeColor="text1"/>
          <w:sz w:val="24"/>
          <w:szCs w:val="24"/>
          <w:lang w:val="nb-NO"/>
        </w:rPr>
      </w:pPr>
      <w:r w:rsidRPr="00AB7CE7">
        <w:rPr>
          <w:color w:val="000000" w:themeColor="text1"/>
          <w:sz w:val="24"/>
          <w:szCs w:val="24"/>
          <w:lang w:val="nb-NO"/>
        </w:rPr>
        <w:t>Gir kontinuerlig eller forsinket innsprøytning → ekstrem varme</w:t>
      </w:r>
    </w:p>
    <w:p w14:paraId="424A6C29" w14:textId="63B375E7" w:rsidR="005B6125" w:rsidRPr="005B6125" w:rsidRDefault="005B6125" w:rsidP="005B6125">
      <w:pPr>
        <w:rPr>
          <w:b/>
          <w:bCs/>
          <w:color w:val="000000" w:themeColor="text1"/>
          <w:sz w:val="24"/>
          <w:szCs w:val="24"/>
          <w:lang w:val="nb-NO"/>
        </w:rPr>
      </w:pPr>
      <w:r w:rsidRPr="005B6125">
        <w:rPr>
          <w:b/>
          <w:bCs/>
          <w:color w:val="000000" w:themeColor="text1"/>
          <w:sz w:val="24"/>
          <w:szCs w:val="24"/>
          <w:lang w:val="nb-NO"/>
        </w:rPr>
        <w:t>E) Bensininnblanding:</w:t>
      </w:r>
    </w:p>
    <w:p w14:paraId="37E877C5" w14:textId="77777777" w:rsidR="005B6125" w:rsidRPr="005B6125" w:rsidRDefault="005B6125" w:rsidP="005B6125">
      <w:pPr>
        <w:rPr>
          <w:color w:val="000000" w:themeColor="text1"/>
          <w:sz w:val="24"/>
          <w:szCs w:val="24"/>
          <w:lang w:val="nb-NO"/>
        </w:rPr>
      </w:pPr>
      <w:r w:rsidRPr="005B6125">
        <w:rPr>
          <w:color w:val="000000" w:themeColor="text1"/>
          <w:sz w:val="24"/>
          <w:szCs w:val="24"/>
          <w:lang w:val="nb-NO"/>
        </w:rPr>
        <w:t xml:space="preserve">Selv </w:t>
      </w:r>
      <w:r w:rsidRPr="005B6125">
        <w:rPr>
          <w:b/>
          <w:bCs/>
          <w:color w:val="000000" w:themeColor="text1"/>
          <w:sz w:val="24"/>
          <w:szCs w:val="24"/>
          <w:lang w:val="nb-NO"/>
        </w:rPr>
        <w:t>2–5 % bensin</w:t>
      </w:r>
      <w:r w:rsidRPr="005B6125">
        <w:rPr>
          <w:color w:val="000000" w:themeColor="text1"/>
          <w:sz w:val="24"/>
          <w:szCs w:val="24"/>
          <w:lang w:val="nb-NO"/>
        </w:rPr>
        <w:t xml:space="preserve"> kan gi:</w:t>
      </w:r>
    </w:p>
    <w:p w14:paraId="06D40408" w14:textId="77777777" w:rsidR="005B6125" w:rsidRDefault="005B6125" w:rsidP="005B6125">
      <w:pPr>
        <w:pStyle w:val="Listeavsnitt"/>
        <w:numPr>
          <w:ilvl w:val="0"/>
          <w:numId w:val="43"/>
        </w:numPr>
        <w:rPr>
          <w:color w:val="000000" w:themeColor="text1"/>
          <w:sz w:val="24"/>
          <w:szCs w:val="24"/>
          <w:lang w:val="nb-NO"/>
        </w:rPr>
      </w:pPr>
      <w:r w:rsidRPr="005B6125">
        <w:rPr>
          <w:color w:val="000000" w:themeColor="text1"/>
          <w:sz w:val="24"/>
          <w:szCs w:val="24"/>
          <w:lang w:val="nb-NO"/>
        </w:rPr>
        <w:t xml:space="preserve">Lengre </w:t>
      </w:r>
      <w:r w:rsidRPr="005B6125">
        <w:rPr>
          <w:color w:val="000000" w:themeColor="text1"/>
          <w:sz w:val="24"/>
          <w:szCs w:val="24"/>
          <w:lang w:val="nb-NO"/>
        </w:rPr>
        <w:t>tenningslagg</w:t>
      </w:r>
      <w:r w:rsidRPr="005B6125">
        <w:rPr>
          <w:color w:val="000000" w:themeColor="text1"/>
          <w:sz w:val="24"/>
          <w:szCs w:val="24"/>
          <w:lang w:val="nb-NO"/>
        </w:rPr>
        <w:t xml:space="preserve"> </w:t>
      </w:r>
    </w:p>
    <w:p w14:paraId="5D0806AC" w14:textId="77777777" w:rsidR="005B6125" w:rsidRDefault="005B6125" w:rsidP="005B6125">
      <w:pPr>
        <w:pStyle w:val="Listeavsnitt"/>
        <w:numPr>
          <w:ilvl w:val="0"/>
          <w:numId w:val="43"/>
        </w:numPr>
        <w:rPr>
          <w:color w:val="000000" w:themeColor="text1"/>
          <w:sz w:val="24"/>
          <w:szCs w:val="24"/>
          <w:lang w:val="nb-NO"/>
        </w:rPr>
      </w:pPr>
      <w:r w:rsidRPr="005B6125">
        <w:rPr>
          <w:color w:val="000000" w:themeColor="text1"/>
          <w:sz w:val="24"/>
          <w:szCs w:val="24"/>
          <w:lang w:val="nb-NO"/>
        </w:rPr>
        <w:t>E</w:t>
      </w:r>
      <w:r w:rsidRPr="005B6125">
        <w:rPr>
          <w:color w:val="000000" w:themeColor="text1"/>
          <w:sz w:val="24"/>
          <w:szCs w:val="24"/>
          <w:lang w:val="nb-NO"/>
        </w:rPr>
        <w:t>ksplosiv forbrenning</w:t>
      </w:r>
      <w:r w:rsidRPr="005B6125">
        <w:rPr>
          <w:color w:val="000000" w:themeColor="text1"/>
          <w:sz w:val="24"/>
          <w:szCs w:val="24"/>
          <w:lang w:val="nb-NO"/>
        </w:rPr>
        <w:t xml:space="preserve"> </w:t>
      </w:r>
    </w:p>
    <w:p w14:paraId="2631911A" w14:textId="77777777" w:rsidR="005B6125" w:rsidRDefault="005B6125" w:rsidP="005B6125">
      <w:pPr>
        <w:pStyle w:val="Listeavsnitt"/>
        <w:numPr>
          <w:ilvl w:val="0"/>
          <w:numId w:val="43"/>
        </w:numPr>
        <w:rPr>
          <w:color w:val="000000" w:themeColor="text1"/>
          <w:sz w:val="24"/>
          <w:szCs w:val="24"/>
          <w:lang w:val="nb-NO"/>
        </w:rPr>
      </w:pPr>
      <w:r w:rsidRPr="005B6125">
        <w:rPr>
          <w:color w:val="000000" w:themeColor="text1"/>
          <w:sz w:val="24"/>
          <w:szCs w:val="24"/>
          <w:lang w:val="nb-NO"/>
        </w:rPr>
        <w:t>T</w:t>
      </w:r>
      <w:r w:rsidRPr="005B6125">
        <w:rPr>
          <w:color w:val="000000" w:themeColor="text1"/>
          <w:sz w:val="24"/>
          <w:szCs w:val="24"/>
          <w:lang w:val="nb-NO"/>
        </w:rPr>
        <w:t>emperaturspiker</w:t>
      </w:r>
      <w:r w:rsidRPr="005B6125">
        <w:rPr>
          <w:color w:val="000000" w:themeColor="text1"/>
          <w:sz w:val="24"/>
          <w:szCs w:val="24"/>
          <w:lang w:val="nb-NO"/>
        </w:rPr>
        <w:t xml:space="preserve"> </w:t>
      </w:r>
      <w:proofErr w:type="spellStart"/>
      <w:r w:rsidRPr="005B6125">
        <w:rPr>
          <w:color w:val="000000" w:themeColor="text1"/>
          <w:sz w:val="24"/>
          <w:szCs w:val="24"/>
          <w:lang w:val="nb-NO"/>
        </w:rPr>
        <w:t>S</w:t>
      </w:r>
      <w:r w:rsidRPr="005B6125">
        <w:rPr>
          <w:color w:val="000000" w:themeColor="text1"/>
          <w:sz w:val="24"/>
          <w:szCs w:val="24"/>
          <w:lang w:val="nb-NO"/>
        </w:rPr>
        <w:t>otbrann</w:t>
      </w:r>
      <w:proofErr w:type="spellEnd"/>
      <w:r w:rsidRPr="005B6125">
        <w:rPr>
          <w:color w:val="000000" w:themeColor="text1"/>
          <w:sz w:val="24"/>
          <w:szCs w:val="24"/>
          <w:lang w:val="nb-NO"/>
        </w:rPr>
        <w:t xml:space="preserve"> nær dysespissen</w:t>
      </w:r>
      <w:r w:rsidRPr="005B6125">
        <w:rPr>
          <w:color w:val="000000" w:themeColor="text1"/>
          <w:sz w:val="24"/>
          <w:szCs w:val="24"/>
          <w:lang w:val="nb-NO"/>
        </w:rPr>
        <w:t xml:space="preserve"> </w:t>
      </w:r>
    </w:p>
    <w:p w14:paraId="17515C8A" w14:textId="572E9D96" w:rsidR="005B6125" w:rsidRPr="005B6125" w:rsidRDefault="005B6125" w:rsidP="005B6125">
      <w:pPr>
        <w:pStyle w:val="Listeavsnitt"/>
        <w:numPr>
          <w:ilvl w:val="0"/>
          <w:numId w:val="43"/>
        </w:numPr>
        <w:rPr>
          <w:color w:val="000000" w:themeColor="text1"/>
          <w:sz w:val="24"/>
          <w:szCs w:val="24"/>
          <w:lang w:val="nb-NO"/>
        </w:rPr>
      </w:pPr>
      <w:r w:rsidRPr="005B6125">
        <w:rPr>
          <w:color w:val="000000" w:themeColor="text1"/>
          <w:sz w:val="24"/>
          <w:szCs w:val="24"/>
          <w:lang w:val="nb-NO"/>
        </w:rPr>
        <w:t>Ø</w:t>
      </w:r>
      <w:r w:rsidRPr="005B6125">
        <w:rPr>
          <w:color w:val="000000" w:themeColor="text1"/>
          <w:sz w:val="24"/>
          <w:szCs w:val="24"/>
          <w:lang w:val="nb-NO"/>
        </w:rPr>
        <w:t xml:space="preserve">kt </w:t>
      </w:r>
      <w:proofErr w:type="spellStart"/>
      <w:r w:rsidRPr="005B6125">
        <w:rPr>
          <w:color w:val="000000" w:themeColor="text1"/>
          <w:sz w:val="24"/>
          <w:szCs w:val="24"/>
          <w:lang w:val="nb-NO"/>
        </w:rPr>
        <w:t>radiativ</w:t>
      </w:r>
      <w:proofErr w:type="spellEnd"/>
      <w:r w:rsidRPr="005B6125">
        <w:rPr>
          <w:color w:val="000000" w:themeColor="text1"/>
          <w:sz w:val="24"/>
          <w:szCs w:val="24"/>
          <w:lang w:val="nb-NO"/>
        </w:rPr>
        <w:t xml:space="preserve"> varme</w:t>
      </w:r>
    </w:p>
    <w:p w14:paraId="2D0F65C4" w14:textId="331E437D" w:rsidR="005B6125" w:rsidRPr="005B6125" w:rsidRDefault="005B6125" w:rsidP="005B6125">
      <w:pPr>
        <w:rPr>
          <w:b/>
          <w:bCs/>
          <w:color w:val="000000" w:themeColor="text1"/>
          <w:sz w:val="24"/>
          <w:szCs w:val="24"/>
          <w:lang w:val="nb-NO"/>
        </w:rPr>
      </w:pPr>
      <w:r w:rsidRPr="005B6125">
        <w:rPr>
          <w:b/>
          <w:bCs/>
          <w:color w:val="000000" w:themeColor="text1"/>
          <w:sz w:val="24"/>
          <w:szCs w:val="24"/>
          <w:lang w:val="nb-NO"/>
        </w:rPr>
        <w:t>F) Luftoverskudd:</w:t>
      </w:r>
    </w:p>
    <w:p w14:paraId="1AB0DE67" w14:textId="16B0C053" w:rsidR="005B6125" w:rsidRDefault="005B6125" w:rsidP="005B6125">
      <w:pPr>
        <w:pStyle w:val="Listeavsnitt"/>
        <w:numPr>
          <w:ilvl w:val="0"/>
          <w:numId w:val="44"/>
        </w:numPr>
        <w:rPr>
          <w:color w:val="000000" w:themeColor="text1"/>
          <w:sz w:val="24"/>
          <w:szCs w:val="24"/>
          <w:lang w:val="nb-NO"/>
        </w:rPr>
      </w:pPr>
      <w:r>
        <w:rPr>
          <w:color w:val="000000" w:themeColor="text1"/>
          <w:sz w:val="24"/>
          <w:szCs w:val="24"/>
          <w:lang w:val="nb-NO"/>
        </w:rPr>
        <w:t xml:space="preserve">Redusert turbotrykk/luft gir sot og </w:t>
      </w:r>
      <w:proofErr w:type="spellStart"/>
      <w:r>
        <w:rPr>
          <w:color w:val="000000" w:themeColor="text1"/>
          <w:sz w:val="24"/>
          <w:szCs w:val="24"/>
          <w:lang w:val="nb-NO"/>
        </w:rPr>
        <w:t>radiativ</w:t>
      </w:r>
      <w:proofErr w:type="spellEnd"/>
      <w:r>
        <w:rPr>
          <w:color w:val="000000" w:themeColor="text1"/>
          <w:sz w:val="24"/>
          <w:szCs w:val="24"/>
          <w:lang w:val="nb-NO"/>
        </w:rPr>
        <w:t xml:space="preserve"> varme</w:t>
      </w:r>
    </w:p>
    <w:p w14:paraId="40973FC7" w14:textId="06F7D820" w:rsidR="005B6125" w:rsidRPr="005B6125" w:rsidRDefault="005B6125" w:rsidP="005B6125">
      <w:pPr>
        <w:pStyle w:val="Listeavsnitt"/>
        <w:numPr>
          <w:ilvl w:val="0"/>
          <w:numId w:val="44"/>
        </w:numPr>
        <w:rPr>
          <w:color w:val="000000" w:themeColor="text1"/>
          <w:sz w:val="24"/>
          <w:szCs w:val="24"/>
          <w:lang w:val="nb-NO"/>
        </w:rPr>
      </w:pPr>
      <w:r>
        <w:rPr>
          <w:color w:val="000000" w:themeColor="text1"/>
          <w:sz w:val="24"/>
          <w:szCs w:val="24"/>
          <w:lang w:val="nb-NO"/>
        </w:rPr>
        <w:t>Økt turbotrykk / dårlig kjøling av luft gir økt kompresjonstemperatur og høyere forbrenningstemperatur.</w:t>
      </w:r>
    </w:p>
    <w:p w14:paraId="44A3D780" w14:textId="77777777" w:rsidR="00AB7CE7" w:rsidRPr="00AB7CE7" w:rsidRDefault="00AB7CE7" w:rsidP="00AB7CE7">
      <w:pPr>
        <w:rPr>
          <w:color w:val="000000" w:themeColor="text1"/>
          <w:sz w:val="24"/>
          <w:szCs w:val="24"/>
          <w:lang w:val="nb-NO"/>
        </w:rPr>
      </w:pPr>
    </w:p>
    <w:p w14:paraId="74B110EE" w14:textId="0A07066E" w:rsidR="001C0B7F" w:rsidRPr="00AB7CE7" w:rsidRDefault="001C0B7F" w:rsidP="00AB7CE7">
      <w:pPr>
        <w:rPr>
          <w:color w:val="000000" w:themeColor="text1"/>
          <w:sz w:val="24"/>
          <w:szCs w:val="24"/>
          <w:lang w:val="nb-NO"/>
        </w:rPr>
      </w:pPr>
    </w:p>
    <w:sectPr w:rsidR="001C0B7F" w:rsidRPr="00AB7CE7" w:rsidSect="003646A3">
      <w:headerReference w:type="default" r:id="rId8"/>
      <w:footerReference w:type="default" r:id="rId9"/>
      <w:pgSz w:w="12240" w:h="15840"/>
      <w:pgMar w:top="1440" w:right="1800" w:bottom="1440" w:left="180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CAD5E4" w14:textId="77777777" w:rsidR="009762AA" w:rsidRDefault="009762AA" w:rsidP="003646A3">
      <w:pPr>
        <w:spacing w:after="0" w:line="240" w:lineRule="auto"/>
      </w:pPr>
      <w:r>
        <w:separator/>
      </w:r>
    </w:p>
  </w:endnote>
  <w:endnote w:type="continuationSeparator" w:id="0">
    <w:p w14:paraId="137B5AAA" w14:textId="77777777" w:rsidR="009762AA" w:rsidRDefault="009762AA" w:rsidP="00364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2006D" w14:textId="73414C87" w:rsidR="003646A3" w:rsidRPr="003646A3" w:rsidRDefault="003646A3">
    <w:pPr>
      <w:pStyle w:val="Bunntekst"/>
      <w:rPr>
        <w:lang w:val="nb-NO"/>
      </w:rPr>
    </w:pPr>
    <w:r w:rsidRPr="003646A3">
      <w:rPr>
        <w:lang w:val="nb-NO"/>
      </w:rPr>
      <w:t>NOBRACONSULT    -     TUNGAVEGEN 36     -      7047 TRONDHEIM</w:t>
    </w:r>
    <w:r w:rsidRPr="003646A3">
      <w:rPr>
        <w:lang w:val="nb-NO"/>
      </w:rPr>
      <w:br/>
    </w:r>
    <w:r w:rsidRPr="003646A3">
      <w:rPr>
        <w:lang w:val="nb-NO"/>
      </w:rPr>
      <w:br/>
      <w:t>TLF: 4799 0888       -     WWW.</w:t>
    </w:r>
    <w:r>
      <w:rPr>
        <w:lang w:val="nb-NO"/>
      </w:rPr>
      <w:t>NOBRACOSNULT.NO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C47B5" w14:textId="77777777" w:rsidR="009762AA" w:rsidRDefault="009762AA" w:rsidP="003646A3">
      <w:pPr>
        <w:spacing w:after="0" w:line="240" w:lineRule="auto"/>
      </w:pPr>
      <w:r>
        <w:separator/>
      </w:r>
    </w:p>
  </w:footnote>
  <w:footnote w:type="continuationSeparator" w:id="0">
    <w:p w14:paraId="056821F5" w14:textId="77777777" w:rsidR="009762AA" w:rsidRDefault="009762AA" w:rsidP="00364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63919" w14:textId="72FAC60F" w:rsidR="003646A3" w:rsidRPr="003646A3" w:rsidRDefault="003646A3" w:rsidP="003646A3">
    <w:pPr>
      <w:pStyle w:val="Topptekst"/>
      <w:tabs>
        <w:tab w:val="clear" w:pos="4680"/>
        <w:tab w:val="clear" w:pos="9360"/>
        <w:tab w:val="center" w:pos="4320"/>
      </w:tabs>
      <w:rPr>
        <w:sz w:val="36"/>
        <w:szCs w:val="36"/>
      </w:rPr>
    </w:pPr>
    <w:r>
      <w:rPr>
        <w:noProof/>
      </w:rPr>
      <w:drawing>
        <wp:inline distT="0" distB="0" distL="0" distR="0" wp14:anchorId="191B6588" wp14:editId="7ECAF6EE">
          <wp:extent cx="1630779" cy="666750"/>
          <wp:effectExtent l="0" t="0" r="7620" b="0"/>
          <wp:docPr id="531971113" name="Bilde 1" descr="Nobraconsu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braconsul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379" cy="69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4335B5">
      <w:rPr>
        <w:b/>
        <w:bCs/>
        <w:sz w:val="36"/>
        <w:szCs w:val="36"/>
      </w:rPr>
      <w:t>BULLETIN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44D2C37"/>
    <w:multiLevelType w:val="hybridMultilevel"/>
    <w:tmpl w:val="ECCCF14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181C65"/>
    <w:multiLevelType w:val="hybridMultilevel"/>
    <w:tmpl w:val="08FC04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001E4E"/>
    <w:multiLevelType w:val="multilevel"/>
    <w:tmpl w:val="B13C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055BEB"/>
    <w:multiLevelType w:val="multilevel"/>
    <w:tmpl w:val="40A8E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A5C7924"/>
    <w:multiLevelType w:val="hybridMultilevel"/>
    <w:tmpl w:val="45C2742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1A75D1"/>
    <w:multiLevelType w:val="multilevel"/>
    <w:tmpl w:val="57888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B7621CC"/>
    <w:multiLevelType w:val="multilevel"/>
    <w:tmpl w:val="9B708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100325"/>
    <w:multiLevelType w:val="hybridMultilevel"/>
    <w:tmpl w:val="BFC804D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FE3F1E"/>
    <w:multiLevelType w:val="hybridMultilevel"/>
    <w:tmpl w:val="396A10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1234DE"/>
    <w:multiLevelType w:val="multilevel"/>
    <w:tmpl w:val="C0ECB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4394A8F"/>
    <w:multiLevelType w:val="multilevel"/>
    <w:tmpl w:val="33688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730D26"/>
    <w:multiLevelType w:val="multilevel"/>
    <w:tmpl w:val="50E0F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8951372"/>
    <w:multiLevelType w:val="multilevel"/>
    <w:tmpl w:val="4F2A5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98E54FD"/>
    <w:multiLevelType w:val="multilevel"/>
    <w:tmpl w:val="86AA8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C283BF1"/>
    <w:multiLevelType w:val="hybridMultilevel"/>
    <w:tmpl w:val="B1E073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CB1419C"/>
    <w:multiLevelType w:val="multilevel"/>
    <w:tmpl w:val="8C4E0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28A0273"/>
    <w:multiLevelType w:val="hybridMultilevel"/>
    <w:tmpl w:val="607A7BF4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53B5078"/>
    <w:multiLevelType w:val="multilevel"/>
    <w:tmpl w:val="82822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806029F"/>
    <w:multiLevelType w:val="multilevel"/>
    <w:tmpl w:val="8158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A120614"/>
    <w:multiLevelType w:val="multilevel"/>
    <w:tmpl w:val="D902D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E6E3E04"/>
    <w:multiLevelType w:val="multilevel"/>
    <w:tmpl w:val="D97AC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EE5770"/>
    <w:multiLevelType w:val="multilevel"/>
    <w:tmpl w:val="3D900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16E3D0D"/>
    <w:multiLevelType w:val="multilevel"/>
    <w:tmpl w:val="D7E64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2B7795B"/>
    <w:multiLevelType w:val="multilevel"/>
    <w:tmpl w:val="ED5C6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3011D8F"/>
    <w:multiLevelType w:val="multilevel"/>
    <w:tmpl w:val="421C8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6C76A4E"/>
    <w:multiLevelType w:val="hybridMultilevel"/>
    <w:tmpl w:val="130E617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A8779E"/>
    <w:multiLevelType w:val="hybridMultilevel"/>
    <w:tmpl w:val="7E4E08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F50F1B"/>
    <w:multiLevelType w:val="multilevel"/>
    <w:tmpl w:val="4F504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C336237"/>
    <w:multiLevelType w:val="hybridMultilevel"/>
    <w:tmpl w:val="600E7BA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CD11220"/>
    <w:multiLevelType w:val="multilevel"/>
    <w:tmpl w:val="12D6E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1856EE4"/>
    <w:multiLevelType w:val="hybridMultilevel"/>
    <w:tmpl w:val="BF4A0876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0" w15:restartNumberingAfterBreak="0">
    <w:nsid w:val="75854ABE"/>
    <w:multiLevelType w:val="hybridMultilevel"/>
    <w:tmpl w:val="2BF6C5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7C78D2"/>
    <w:multiLevelType w:val="multilevel"/>
    <w:tmpl w:val="E3664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CCF55A6"/>
    <w:multiLevelType w:val="hybridMultilevel"/>
    <w:tmpl w:val="2A4C122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09135A"/>
    <w:multiLevelType w:val="hybridMultilevel"/>
    <w:tmpl w:val="4FA02A1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3826477">
    <w:abstractNumId w:val="8"/>
  </w:num>
  <w:num w:numId="2" w16cid:durableId="1165630239">
    <w:abstractNumId w:val="6"/>
  </w:num>
  <w:num w:numId="3" w16cid:durableId="876507518">
    <w:abstractNumId w:val="5"/>
  </w:num>
  <w:num w:numId="4" w16cid:durableId="2036804658">
    <w:abstractNumId w:val="4"/>
  </w:num>
  <w:num w:numId="5" w16cid:durableId="750391227">
    <w:abstractNumId w:val="7"/>
  </w:num>
  <w:num w:numId="6" w16cid:durableId="1232273908">
    <w:abstractNumId w:val="3"/>
  </w:num>
  <w:num w:numId="7" w16cid:durableId="1218861439">
    <w:abstractNumId w:val="2"/>
  </w:num>
  <w:num w:numId="8" w16cid:durableId="1913856197">
    <w:abstractNumId w:val="1"/>
  </w:num>
  <w:num w:numId="9" w16cid:durableId="1428963010">
    <w:abstractNumId w:val="0"/>
  </w:num>
  <w:num w:numId="10" w16cid:durableId="1247575245">
    <w:abstractNumId w:val="31"/>
  </w:num>
  <w:num w:numId="11" w16cid:durableId="1930654571">
    <w:abstractNumId w:val="32"/>
  </w:num>
  <w:num w:numId="12" w16cid:durableId="619919424">
    <w:abstractNumId w:val="12"/>
  </w:num>
  <w:num w:numId="13" w16cid:durableId="801728486">
    <w:abstractNumId w:val="19"/>
  </w:num>
  <w:num w:numId="14" w16cid:durableId="23479942">
    <w:abstractNumId w:val="27"/>
  </w:num>
  <w:num w:numId="15" w16cid:durableId="1227956554">
    <w:abstractNumId w:val="33"/>
  </w:num>
  <w:num w:numId="16" w16cid:durableId="915624959">
    <w:abstractNumId w:val="28"/>
  </w:num>
  <w:num w:numId="17" w16cid:durableId="1912033014">
    <w:abstractNumId w:val="9"/>
  </w:num>
  <w:num w:numId="18" w16cid:durableId="1774084210">
    <w:abstractNumId w:val="25"/>
  </w:num>
  <w:num w:numId="19" w16cid:durableId="1287466413">
    <w:abstractNumId w:val="21"/>
  </w:num>
  <w:num w:numId="20" w16cid:durableId="317614082">
    <w:abstractNumId w:val="34"/>
  </w:num>
  <w:num w:numId="21" w16cid:durableId="1309170630">
    <w:abstractNumId w:val="24"/>
  </w:num>
  <w:num w:numId="22" w16cid:durableId="1055740296">
    <w:abstractNumId w:val="13"/>
  </w:num>
  <w:num w:numId="23" w16cid:durableId="1628973102">
    <w:abstractNumId w:val="20"/>
  </w:num>
  <w:num w:numId="24" w16cid:durableId="1289893078">
    <w:abstractNumId w:val="14"/>
  </w:num>
  <w:num w:numId="25" w16cid:durableId="668220260">
    <w:abstractNumId w:val="23"/>
  </w:num>
  <w:num w:numId="26" w16cid:durableId="1210458654">
    <w:abstractNumId w:val="10"/>
  </w:num>
  <w:num w:numId="27" w16cid:durableId="878588529">
    <w:abstractNumId w:val="11"/>
  </w:num>
  <w:num w:numId="28" w16cid:durableId="251399303">
    <w:abstractNumId w:val="30"/>
  </w:num>
  <w:num w:numId="29" w16cid:durableId="1717897306">
    <w:abstractNumId w:val="29"/>
  </w:num>
  <w:num w:numId="30" w16cid:durableId="1171986748">
    <w:abstractNumId w:val="35"/>
  </w:num>
  <w:num w:numId="31" w16cid:durableId="1751462447">
    <w:abstractNumId w:val="39"/>
  </w:num>
  <w:num w:numId="32" w16cid:durableId="1756320638">
    <w:abstractNumId w:val="37"/>
  </w:num>
  <w:num w:numId="33" w16cid:durableId="150827898">
    <w:abstractNumId w:val="26"/>
  </w:num>
  <w:num w:numId="34" w16cid:durableId="1338995130">
    <w:abstractNumId w:val="41"/>
  </w:num>
  <w:num w:numId="35" w16cid:durableId="361173479">
    <w:abstractNumId w:val="42"/>
  </w:num>
  <w:num w:numId="36" w16cid:durableId="1833906623">
    <w:abstractNumId w:val="36"/>
  </w:num>
  <w:num w:numId="37" w16cid:durableId="1567491772">
    <w:abstractNumId w:val="18"/>
  </w:num>
  <w:num w:numId="38" w16cid:durableId="1463844029">
    <w:abstractNumId w:val="15"/>
  </w:num>
  <w:num w:numId="39" w16cid:durableId="1479111660">
    <w:abstractNumId w:val="22"/>
  </w:num>
  <w:num w:numId="40" w16cid:durableId="813446700">
    <w:abstractNumId w:val="43"/>
  </w:num>
  <w:num w:numId="41" w16cid:durableId="1639995734">
    <w:abstractNumId w:val="40"/>
  </w:num>
  <w:num w:numId="42" w16cid:durableId="1102648577">
    <w:abstractNumId w:val="38"/>
  </w:num>
  <w:num w:numId="43" w16cid:durableId="1369523925">
    <w:abstractNumId w:val="17"/>
  </w:num>
  <w:num w:numId="44" w16cid:durableId="5216866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16D6"/>
    <w:rsid w:val="00034616"/>
    <w:rsid w:val="0006063C"/>
    <w:rsid w:val="0015074B"/>
    <w:rsid w:val="00172066"/>
    <w:rsid w:val="001C0B7F"/>
    <w:rsid w:val="0024236F"/>
    <w:rsid w:val="0029639D"/>
    <w:rsid w:val="002C52FA"/>
    <w:rsid w:val="00326F90"/>
    <w:rsid w:val="003646A3"/>
    <w:rsid w:val="004335B5"/>
    <w:rsid w:val="005B6125"/>
    <w:rsid w:val="006D2421"/>
    <w:rsid w:val="007E30D7"/>
    <w:rsid w:val="009762AA"/>
    <w:rsid w:val="00A25DF1"/>
    <w:rsid w:val="00A328B5"/>
    <w:rsid w:val="00AA1D8D"/>
    <w:rsid w:val="00AB7CE7"/>
    <w:rsid w:val="00B47730"/>
    <w:rsid w:val="00C05BC3"/>
    <w:rsid w:val="00CB0664"/>
    <w:rsid w:val="00D701C7"/>
    <w:rsid w:val="00D9569D"/>
    <w:rsid w:val="00E018B8"/>
    <w:rsid w:val="00F720D4"/>
    <w:rsid w:val="00FC693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CF2174"/>
  <w14:defaultImageDpi w14:val="300"/>
  <w15:docId w15:val="{6567A218-8251-4D2E-A9F2-2CB9032A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D701C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1450</Characters>
  <Application>Microsoft Office Word</Application>
  <DocSecurity>0</DocSecurity>
  <Lines>29</Lines>
  <Paragraphs>14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1717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Simone Alvina Leite</cp:lastModifiedBy>
  <cp:revision>3</cp:revision>
  <dcterms:created xsi:type="dcterms:W3CDTF">2025-12-08T17:35:00Z</dcterms:created>
  <dcterms:modified xsi:type="dcterms:W3CDTF">2025-12-08T17:51:00Z</dcterms:modified>
  <cp:category/>
</cp:coreProperties>
</file>